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D1E8" w14:textId="20459801" w:rsidR="005E5D1F" w:rsidRPr="00F7027C" w:rsidRDefault="00000000" w:rsidP="005E7414">
      <w:pPr>
        <w:spacing w:after="0" w:line="240" w:lineRule="auto"/>
        <w:jc w:val="center"/>
        <w:rPr>
          <w:rFonts w:ascii="Times New Roman" w:hAnsi="Times New Roman" w:cs="Times New Roman"/>
          <w:sz w:val="24"/>
          <w:szCs w:val="24"/>
          <w:lang w:val="hu-HU"/>
        </w:rPr>
      </w:pPr>
      <w:r w:rsidRPr="00F7027C">
        <w:rPr>
          <w:rFonts w:ascii="Times New Roman" w:eastAsiaTheme="majorEastAsia" w:hAnsi="Times New Roman" w:cs="Times New Roman"/>
          <w:b/>
          <w:bCs/>
          <w:sz w:val="24"/>
          <w:szCs w:val="24"/>
          <w:lang w:val="hu-HU"/>
        </w:rPr>
        <w:t>ADATVÉDELMI TÁJÉKOZTATÓ</w:t>
      </w:r>
    </w:p>
    <w:p w14:paraId="285D361F" w14:textId="77777777" w:rsidR="00025597" w:rsidRPr="00F7027C" w:rsidRDefault="00025597" w:rsidP="005E7414">
      <w:pPr>
        <w:pStyle w:val="Cmsor1"/>
        <w:spacing w:before="0" w:line="240" w:lineRule="auto"/>
        <w:jc w:val="both"/>
        <w:rPr>
          <w:rFonts w:ascii="Times New Roman" w:hAnsi="Times New Roman" w:cs="Times New Roman"/>
          <w:sz w:val="24"/>
          <w:szCs w:val="24"/>
          <w:lang w:val="hu-HU"/>
        </w:rPr>
      </w:pPr>
    </w:p>
    <w:p w14:paraId="5CF8C50C" w14:textId="3A17E0EE" w:rsidR="00E5330D" w:rsidRPr="00F7027C" w:rsidRDefault="00025597" w:rsidP="005E7414">
      <w:pPr>
        <w:pStyle w:val="Cmsor4"/>
        <w:numPr>
          <w:ilvl w:val="0"/>
          <w:numId w:val="61"/>
        </w:numPr>
        <w:shd w:val="clear" w:color="auto" w:fill="FFFFFF"/>
        <w:spacing w:before="0" w:line="240" w:lineRule="auto"/>
        <w:textAlignment w:val="baseline"/>
        <w:rPr>
          <w:rFonts w:ascii="Times New Roman" w:eastAsiaTheme="minorEastAsia" w:hAnsi="Times New Roman" w:cs="Times New Roman"/>
          <w:i w:val="0"/>
          <w:iCs w:val="0"/>
          <w:color w:val="auto"/>
          <w:sz w:val="24"/>
          <w:szCs w:val="24"/>
          <w:lang w:val="hu-HU"/>
        </w:rPr>
      </w:pPr>
      <w:r w:rsidRPr="00F7027C">
        <w:rPr>
          <w:rFonts w:ascii="Times New Roman" w:eastAsiaTheme="minorEastAsia" w:hAnsi="Times New Roman" w:cs="Times New Roman"/>
          <w:i w:val="0"/>
          <w:iCs w:val="0"/>
          <w:color w:val="auto"/>
          <w:sz w:val="24"/>
          <w:szCs w:val="24"/>
          <w:lang w:val="hu-HU"/>
        </w:rPr>
        <w:t>A szolgáltató, mint adatkezelő adatai</w:t>
      </w:r>
    </w:p>
    <w:p w14:paraId="58913640" w14:textId="403C7B1B" w:rsidR="00E5330D" w:rsidRPr="00F7027C" w:rsidRDefault="00025597" w:rsidP="005E7414">
      <w:pPr>
        <w:pStyle w:val="NormlWeb"/>
        <w:shd w:val="clear" w:color="auto" w:fill="FFFFFF"/>
        <w:spacing w:before="0" w:beforeAutospacing="0" w:after="0" w:afterAutospacing="0"/>
        <w:textAlignment w:val="baseline"/>
        <w:rPr>
          <w:rFonts w:eastAsiaTheme="minorEastAsia"/>
          <w:lang w:eastAsia="en-US"/>
        </w:rPr>
      </w:pPr>
      <w:r w:rsidRPr="00F7027C">
        <w:t>Fácán Fészek Vendégház</w:t>
      </w:r>
      <w:r w:rsidRPr="00F7027C">
        <w:br/>
        <w:t xml:space="preserve">Székhelye: </w:t>
      </w:r>
      <w:r w:rsidR="005E5D1F" w:rsidRPr="00F7027C">
        <w:t>1173 Budapest, Domaszék köz 1. 2.a.</w:t>
      </w:r>
      <w:r w:rsidRPr="00F7027C">
        <w:br/>
        <w:t xml:space="preserve">Adószám: </w:t>
      </w:r>
      <w:r w:rsidR="005E5D1F" w:rsidRPr="00F7027C">
        <w:t>91323389-1-42</w:t>
      </w:r>
      <w:r w:rsidRPr="00F7027C">
        <w:br/>
        <w:t xml:space="preserve">NTAK szám: </w:t>
      </w:r>
      <w:r w:rsidR="005E5D1F" w:rsidRPr="00F7027C">
        <w:t>MA25117629</w:t>
      </w:r>
      <w:r w:rsidRPr="00F7027C">
        <w:br/>
        <w:t xml:space="preserve">Elektronikus elérhetőség: </w:t>
      </w:r>
      <w:r w:rsidR="005E5D1F" w:rsidRPr="00F7027C">
        <w:t>kapcsolat@facanfeszek.hu</w:t>
      </w:r>
      <w:r w:rsidRPr="00F7027C">
        <w:br/>
        <w:t xml:space="preserve">Telefonos elérhetőség: </w:t>
      </w:r>
      <w:r w:rsidR="005E5D1F" w:rsidRPr="00F7027C">
        <w:t>06-20-491-7603</w:t>
      </w:r>
      <w:r w:rsidRPr="00F7027C">
        <w:br/>
        <w:t xml:space="preserve">képviselő: </w:t>
      </w:r>
      <w:proofErr w:type="spellStart"/>
      <w:r w:rsidR="005E5D1F" w:rsidRPr="00F7027C">
        <w:t>Bobál</w:t>
      </w:r>
      <w:proofErr w:type="spellEnd"/>
      <w:r w:rsidR="005E5D1F" w:rsidRPr="00F7027C">
        <w:t xml:space="preserve"> Katalin</w:t>
      </w:r>
      <w:r w:rsidRPr="00F7027C">
        <w:br/>
        <w:t>(a továbbiakban: „Adatkezelő”)</w:t>
      </w:r>
    </w:p>
    <w:p w14:paraId="531459FB" w14:textId="77777777" w:rsidR="00025597" w:rsidRPr="00F7027C" w:rsidRDefault="00025597" w:rsidP="005E7414">
      <w:pPr>
        <w:pStyle w:val="NormlWeb"/>
        <w:shd w:val="clear" w:color="auto" w:fill="FFFFFF"/>
        <w:spacing w:before="0" w:beforeAutospacing="0" w:after="0" w:afterAutospacing="0"/>
        <w:textAlignment w:val="baseline"/>
      </w:pPr>
    </w:p>
    <w:p w14:paraId="6C1225C2" w14:textId="02A8B7B5" w:rsidR="00BD5F17" w:rsidRPr="00F7027C" w:rsidRDefault="00000000" w:rsidP="005E7414">
      <w:pPr>
        <w:spacing w:line="240" w:lineRule="auto"/>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 xml:space="preserve">A </w:t>
      </w:r>
      <w:r w:rsidR="001F6152" w:rsidRPr="00F7027C">
        <w:rPr>
          <w:rFonts w:ascii="Times New Roman" w:hAnsi="Times New Roman" w:cs="Times New Roman"/>
          <w:sz w:val="24"/>
          <w:szCs w:val="24"/>
          <w:lang w:val="hu-HU"/>
        </w:rPr>
        <w:t>Fácán Fészek Vendégház</w:t>
      </w:r>
      <w:r w:rsidRPr="00F7027C">
        <w:rPr>
          <w:rFonts w:ascii="Times New Roman" w:hAnsi="Times New Roman" w:cs="Times New Roman"/>
          <w:sz w:val="24"/>
          <w:szCs w:val="24"/>
          <w:lang w:val="hu-HU"/>
        </w:rPr>
        <w:t xml:space="preserve"> (a továbbiakban: Adatkezelő) számára kiemelten fontos a felhasználók és vendégek személyes adatainak védelme. Jelen tájékoztató célja, hogy részletes tájékoztatást nyújtson az Adatkezelő által végzett adatkezelési tevékenységekről a 2016/679 EU rendelet (GDPR) és a hazai jogszabályok (különösen az </w:t>
      </w:r>
      <w:proofErr w:type="spellStart"/>
      <w:r w:rsidRPr="00F7027C">
        <w:rPr>
          <w:rFonts w:ascii="Times New Roman" w:hAnsi="Times New Roman" w:cs="Times New Roman"/>
          <w:sz w:val="24"/>
          <w:szCs w:val="24"/>
          <w:lang w:val="hu-HU"/>
        </w:rPr>
        <w:t>Infotv</w:t>
      </w:r>
      <w:proofErr w:type="spellEnd"/>
      <w:r w:rsidRPr="00F7027C">
        <w:rPr>
          <w:rFonts w:ascii="Times New Roman" w:hAnsi="Times New Roman" w:cs="Times New Roman"/>
          <w:sz w:val="24"/>
          <w:szCs w:val="24"/>
          <w:lang w:val="hu-HU"/>
        </w:rPr>
        <w:t>.) alapján.</w:t>
      </w:r>
    </w:p>
    <w:p w14:paraId="33D8B7AE" w14:textId="1C0B60C9" w:rsidR="001F6152" w:rsidRPr="00F7027C" w:rsidRDefault="001F6152" w:rsidP="005E7414">
      <w:pPr>
        <w:spacing w:line="240" w:lineRule="auto"/>
        <w:jc w:val="both"/>
        <w:rPr>
          <w:rFonts w:ascii="Times New Roman" w:eastAsia="Times New Roman" w:hAnsi="Times New Roman" w:cs="Times New Roman"/>
          <w:sz w:val="24"/>
          <w:szCs w:val="24"/>
          <w:lang w:val="hu-HU" w:eastAsia="hu-HU"/>
        </w:rPr>
      </w:pPr>
      <w:r w:rsidRPr="00F7027C">
        <w:rPr>
          <w:rFonts w:ascii="Times New Roman" w:eastAsia="Times New Roman" w:hAnsi="Times New Roman" w:cs="Times New Roman"/>
          <w:sz w:val="24"/>
          <w:szCs w:val="24"/>
          <w:lang w:val="hu-HU" w:eastAsia="hu-HU"/>
        </w:rPr>
        <w:t>Jelen adatvédelmi tájékoztató kizárólag a természetes személy Érintettek személyes adataira vonatkozik, tekintettel arra, hogy jogi személyek, illetve jogi személyeknek nem minősülő egyéb szervezetek adatai nem minősülnek személyes adatoknak.</w:t>
      </w:r>
    </w:p>
    <w:p w14:paraId="2DD43999" w14:textId="197E20CE" w:rsidR="000B5FD4" w:rsidRPr="00F7027C" w:rsidRDefault="000B5FD4" w:rsidP="005E7414">
      <w:pPr>
        <w:pStyle w:val="NormlWeb"/>
        <w:shd w:val="clear" w:color="auto" w:fill="FFFFFF"/>
        <w:jc w:val="both"/>
      </w:pPr>
      <w:r w:rsidRPr="00F7027C">
        <w:t xml:space="preserve">Jelen adatvédelmi szabályzat az alábbi oldalak/mobil alkalmazások adatkezelését szabályozza: </w:t>
      </w:r>
      <w:r w:rsidR="005E5D1F" w:rsidRPr="00F7027C">
        <w:t>https://facanfeszek.hu/</w:t>
      </w:r>
      <w:r w:rsidRPr="00F7027C">
        <w:t xml:space="preserve">Az adatvédelmi szabályzat elérhető az alábbi oldalról: </w:t>
      </w:r>
      <w:r w:rsidR="005E5D1F" w:rsidRPr="00F7027C">
        <w:t>https://facanfeszek.hu/</w:t>
      </w:r>
    </w:p>
    <w:p w14:paraId="56B543EA" w14:textId="19C89A3C" w:rsidR="009F078D" w:rsidRPr="00F7027C" w:rsidRDefault="00025597" w:rsidP="005E7414">
      <w:pPr>
        <w:pStyle w:val="Cmsor2"/>
        <w:shd w:val="clear" w:color="auto" w:fill="FFFFFF"/>
        <w:spacing w:before="0" w:line="240" w:lineRule="auto"/>
        <w:jc w:val="both"/>
        <w:rPr>
          <w:rFonts w:ascii="Times New Roman" w:hAnsi="Times New Roman" w:cs="Times New Roman"/>
          <w:color w:val="auto"/>
          <w:sz w:val="24"/>
          <w:szCs w:val="24"/>
          <w:lang w:val="hu-HU"/>
        </w:rPr>
      </w:pPr>
      <w:r w:rsidRPr="00F7027C">
        <w:rPr>
          <w:rFonts w:ascii="Times New Roman" w:hAnsi="Times New Roman" w:cs="Times New Roman"/>
          <w:color w:val="auto"/>
          <w:sz w:val="24"/>
          <w:szCs w:val="24"/>
          <w:lang w:val="hu-HU"/>
        </w:rPr>
        <w:t xml:space="preserve">1. </w:t>
      </w:r>
      <w:r w:rsidR="009F078D" w:rsidRPr="00F7027C">
        <w:rPr>
          <w:rFonts w:ascii="Times New Roman" w:hAnsi="Times New Roman" w:cs="Times New Roman"/>
          <w:color w:val="auto"/>
          <w:sz w:val="24"/>
          <w:szCs w:val="24"/>
          <w:lang w:val="hu-HU"/>
        </w:rPr>
        <w:t>Fogalom meghatározások</w:t>
      </w:r>
    </w:p>
    <w:p w14:paraId="02FB5CAD" w14:textId="77777777" w:rsidR="009F078D" w:rsidRPr="00F7027C" w:rsidRDefault="009F078D" w:rsidP="005E7414">
      <w:pPr>
        <w:numPr>
          <w:ilvl w:val="0"/>
          <w:numId w:val="17"/>
        </w:numPr>
        <w:shd w:val="clear" w:color="auto" w:fill="FFFFFF"/>
        <w:spacing w:after="0" w:line="240" w:lineRule="auto"/>
        <w:ind w:left="1020"/>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w:t>
      </w:r>
      <w:r w:rsidRPr="00F7027C">
        <w:rPr>
          <w:rStyle w:val="Kiemels"/>
          <w:rFonts w:ascii="Times New Roman" w:hAnsi="Times New Roman" w:cs="Times New Roman"/>
          <w:sz w:val="24"/>
          <w:szCs w:val="24"/>
          <w:lang w:val="hu-HU"/>
        </w:rPr>
        <w:t>személyes adat</w:t>
      </w:r>
      <w:r w:rsidRPr="00F7027C">
        <w:rPr>
          <w:rFonts w:ascii="Times New Roman" w:hAnsi="Times New Roman" w:cs="Times New Roman"/>
          <w:sz w:val="24"/>
          <w:szCs w:val="24"/>
          <w:lang w:val="hu-HU"/>
        </w:rPr>
        <w: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001F0536" w14:textId="713776C1" w:rsidR="009F078D" w:rsidRPr="00F7027C" w:rsidRDefault="009F078D" w:rsidP="005E7414">
      <w:pPr>
        <w:numPr>
          <w:ilvl w:val="0"/>
          <w:numId w:val="17"/>
        </w:numPr>
        <w:shd w:val="clear" w:color="auto" w:fill="FFFFFF"/>
        <w:spacing w:after="0" w:line="240" w:lineRule="auto"/>
        <w:ind w:left="1020"/>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„adatkezelés”: a személyes adatokon vagy adatállományokon automatizált vagy nem automatizált módon végze</w:t>
      </w:r>
      <w:r w:rsidR="00CA13D9" w:rsidRPr="00F7027C">
        <w:rPr>
          <w:rFonts w:ascii="Times New Roman" w:hAnsi="Times New Roman" w:cs="Times New Roman"/>
          <w:sz w:val="24"/>
          <w:szCs w:val="24"/>
          <w:lang w:val="hu-HU"/>
        </w:rPr>
        <w:t xml:space="preserve">tt </w:t>
      </w:r>
      <w:r w:rsidRPr="00F7027C">
        <w:rPr>
          <w:rFonts w:ascii="Times New Roman" w:hAnsi="Times New Roman" w:cs="Times New Roman"/>
          <w:sz w:val="24"/>
          <w:szCs w:val="24"/>
          <w:lang w:val="hu-HU"/>
        </w:rPr>
        <w:t>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41178A1D" w14:textId="77777777" w:rsidR="009F078D" w:rsidRPr="00F7027C" w:rsidRDefault="009F078D" w:rsidP="005E7414">
      <w:pPr>
        <w:numPr>
          <w:ilvl w:val="0"/>
          <w:numId w:val="17"/>
        </w:numPr>
        <w:shd w:val="clear" w:color="auto" w:fill="FFFFFF"/>
        <w:spacing w:after="0" w:line="240" w:lineRule="auto"/>
        <w:ind w:left="1020"/>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3F1A4C6D" w14:textId="77777777" w:rsidR="009F078D" w:rsidRPr="00F7027C" w:rsidRDefault="009F078D" w:rsidP="005E7414">
      <w:pPr>
        <w:numPr>
          <w:ilvl w:val="0"/>
          <w:numId w:val="17"/>
        </w:numPr>
        <w:shd w:val="clear" w:color="auto" w:fill="FFFFFF"/>
        <w:spacing w:after="0" w:line="240" w:lineRule="auto"/>
        <w:ind w:left="1020"/>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lastRenderedPageBreak/>
        <w:t>„</w:t>
      </w:r>
      <w:r w:rsidRPr="00F7027C">
        <w:rPr>
          <w:rStyle w:val="Kiemels"/>
          <w:rFonts w:ascii="Times New Roman" w:hAnsi="Times New Roman" w:cs="Times New Roman"/>
          <w:sz w:val="24"/>
          <w:szCs w:val="24"/>
          <w:lang w:val="hu-HU"/>
        </w:rPr>
        <w:t>adatfeldolgozó</w:t>
      </w:r>
      <w:r w:rsidRPr="00F7027C">
        <w:rPr>
          <w:rFonts w:ascii="Times New Roman" w:hAnsi="Times New Roman" w:cs="Times New Roman"/>
          <w:sz w:val="24"/>
          <w:szCs w:val="24"/>
          <w:lang w:val="hu-HU"/>
        </w:rPr>
        <w:t>”: az a természetes vagy jogi személy, közhatalmi szerv, ügynökség vagy bármely egyéb szerv, amely az adatkezelő nevében személyes adatokat kezel;</w:t>
      </w:r>
    </w:p>
    <w:p w14:paraId="6EF2CFA1" w14:textId="77777777" w:rsidR="009F078D" w:rsidRPr="00F7027C" w:rsidRDefault="009F078D" w:rsidP="005E7414">
      <w:pPr>
        <w:numPr>
          <w:ilvl w:val="0"/>
          <w:numId w:val="17"/>
        </w:numPr>
        <w:shd w:val="clear" w:color="auto" w:fill="FFFFFF"/>
        <w:spacing w:after="0" w:line="240" w:lineRule="auto"/>
        <w:ind w:left="1020"/>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w:t>
      </w:r>
      <w:r w:rsidRPr="00F7027C">
        <w:rPr>
          <w:rStyle w:val="Kiemels"/>
          <w:rFonts w:ascii="Times New Roman" w:hAnsi="Times New Roman" w:cs="Times New Roman"/>
          <w:sz w:val="24"/>
          <w:szCs w:val="24"/>
          <w:lang w:val="hu-HU"/>
        </w:rPr>
        <w:t>címzett</w:t>
      </w:r>
      <w:r w:rsidRPr="00F7027C">
        <w:rPr>
          <w:rFonts w:ascii="Times New Roman" w:hAnsi="Times New Roman" w:cs="Times New Roman"/>
          <w:sz w:val="24"/>
          <w:szCs w:val="24"/>
          <w:lang w:val="hu-HU"/>
        </w:rPr>
        <w: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w:t>
      </w:r>
      <w:r w:rsidRPr="00F7027C">
        <w:rPr>
          <w:rFonts w:ascii="Times New Roman" w:hAnsi="Times New Roman" w:cs="Times New Roman"/>
          <w:sz w:val="24"/>
          <w:szCs w:val="24"/>
          <w:lang w:val="hu-HU"/>
        </w:rPr>
        <w:br/>
        <w:t>adatokhoz, nem minősülnek címzettnek; az említett adatok e közhatalmi szervek általi kezelése meg kell, hogy feleljen az adatkezelés céljainak megfelelően az alkalmazandó adatvédelmi szabályoknak;</w:t>
      </w:r>
    </w:p>
    <w:p w14:paraId="7414521D" w14:textId="77777777" w:rsidR="009F078D" w:rsidRPr="00F7027C" w:rsidRDefault="009F078D" w:rsidP="005E7414">
      <w:pPr>
        <w:numPr>
          <w:ilvl w:val="0"/>
          <w:numId w:val="17"/>
        </w:numPr>
        <w:shd w:val="clear" w:color="auto" w:fill="FFFFFF"/>
        <w:spacing w:after="0" w:line="240" w:lineRule="auto"/>
        <w:ind w:left="1020"/>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w:t>
      </w:r>
      <w:r w:rsidRPr="00F7027C">
        <w:rPr>
          <w:rStyle w:val="Kiemels"/>
          <w:rFonts w:ascii="Times New Roman" w:hAnsi="Times New Roman" w:cs="Times New Roman"/>
          <w:sz w:val="24"/>
          <w:szCs w:val="24"/>
          <w:lang w:val="hu-HU"/>
        </w:rPr>
        <w:t>az érintett hozzájárulása</w:t>
      </w:r>
      <w:r w:rsidRPr="00F7027C">
        <w:rPr>
          <w:rFonts w:ascii="Times New Roman" w:hAnsi="Times New Roman" w:cs="Times New Roman"/>
          <w:sz w:val="24"/>
          <w:szCs w:val="24"/>
          <w:lang w:val="hu-HU"/>
        </w:rPr>
        <w:t>”: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4A9F21D7" w14:textId="77777777" w:rsidR="009F078D" w:rsidRPr="00F7027C" w:rsidRDefault="009F078D" w:rsidP="005E7414">
      <w:pPr>
        <w:numPr>
          <w:ilvl w:val="0"/>
          <w:numId w:val="17"/>
        </w:numPr>
        <w:shd w:val="clear" w:color="auto" w:fill="FFFFFF"/>
        <w:spacing w:after="0" w:line="240" w:lineRule="auto"/>
        <w:ind w:left="1020"/>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w:t>
      </w:r>
      <w:r w:rsidRPr="00F7027C">
        <w:rPr>
          <w:rStyle w:val="Kiemels"/>
          <w:rFonts w:ascii="Times New Roman" w:hAnsi="Times New Roman" w:cs="Times New Roman"/>
          <w:sz w:val="24"/>
          <w:szCs w:val="24"/>
          <w:lang w:val="hu-HU"/>
        </w:rPr>
        <w:t>adatvédelmi incidens</w:t>
      </w:r>
      <w:r w:rsidRPr="00F7027C">
        <w:rPr>
          <w:rFonts w:ascii="Times New Roman" w:hAnsi="Times New Roman" w:cs="Times New Roman"/>
          <w:sz w:val="24"/>
          <w:szCs w:val="24"/>
          <w:lang w:val="hu-HU"/>
        </w:rPr>
        <w:t>”: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14:paraId="0CBBDB5E" w14:textId="77777777" w:rsidR="000B5FD4" w:rsidRPr="00F7027C" w:rsidRDefault="000B5FD4" w:rsidP="005E7414">
      <w:pPr>
        <w:spacing w:line="240" w:lineRule="auto"/>
        <w:jc w:val="both"/>
        <w:rPr>
          <w:rFonts w:ascii="Times New Roman" w:hAnsi="Times New Roman" w:cs="Times New Roman"/>
          <w:sz w:val="24"/>
          <w:szCs w:val="24"/>
          <w:lang w:val="hu-HU"/>
        </w:rPr>
      </w:pPr>
    </w:p>
    <w:p w14:paraId="573AC90D" w14:textId="616F8571" w:rsidR="00BD5F17" w:rsidRPr="00F7027C" w:rsidRDefault="00000000" w:rsidP="005E7414">
      <w:pPr>
        <w:pStyle w:val="Cmsor2"/>
        <w:spacing w:line="240" w:lineRule="auto"/>
        <w:jc w:val="both"/>
        <w:rPr>
          <w:rFonts w:ascii="Times New Roman" w:hAnsi="Times New Roman" w:cs="Times New Roman"/>
          <w:color w:val="auto"/>
          <w:sz w:val="24"/>
          <w:szCs w:val="24"/>
          <w:lang w:val="hu-HU"/>
        </w:rPr>
      </w:pPr>
      <w:r w:rsidRPr="00F7027C">
        <w:rPr>
          <w:rFonts w:ascii="Times New Roman" w:hAnsi="Times New Roman" w:cs="Times New Roman"/>
          <w:color w:val="auto"/>
          <w:sz w:val="24"/>
          <w:szCs w:val="24"/>
          <w:lang w:val="hu-HU"/>
        </w:rPr>
        <w:t xml:space="preserve">2. </w:t>
      </w:r>
      <w:r w:rsidR="00025597" w:rsidRPr="00F7027C">
        <w:rPr>
          <w:rFonts w:ascii="Times New Roman" w:hAnsi="Times New Roman" w:cs="Times New Roman"/>
          <w:color w:val="auto"/>
          <w:sz w:val="24"/>
          <w:szCs w:val="24"/>
          <w:lang w:val="hu-HU"/>
        </w:rPr>
        <w:t xml:space="preserve"> </w:t>
      </w:r>
      <w:r w:rsidRPr="00F7027C">
        <w:rPr>
          <w:rFonts w:ascii="Times New Roman" w:hAnsi="Times New Roman" w:cs="Times New Roman"/>
          <w:color w:val="auto"/>
          <w:sz w:val="24"/>
          <w:szCs w:val="24"/>
          <w:lang w:val="hu-HU"/>
        </w:rPr>
        <w:t>Az adatkezelés célja és jogalapja</w:t>
      </w:r>
    </w:p>
    <w:p w14:paraId="053FE1C0" w14:textId="77777777" w:rsidR="00BD5F17" w:rsidRPr="00F7027C" w:rsidRDefault="00000000" w:rsidP="005E7414">
      <w:pPr>
        <w:pStyle w:val="Felsorols"/>
        <w:spacing w:line="240" w:lineRule="auto"/>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A személyes adatok kezelése az alábbi célokból történik:</w:t>
      </w:r>
    </w:p>
    <w:p w14:paraId="7EC4370C" w14:textId="77777777" w:rsidR="00BD5F17" w:rsidRPr="00F7027C" w:rsidRDefault="00000000" w:rsidP="005E7414">
      <w:pPr>
        <w:pStyle w:val="Felsorols"/>
        <w:spacing w:line="240" w:lineRule="auto"/>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 xml:space="preserve"> - Szállásfoglalás teljesítése és vendégkapcsolat: GDPR 6. cikk (1) bekezdés b) pont (szerződés teljesítése)</w:t>
      </w:r>
    </w:p>
    <w:p w14:paraId="4880BF52" w14:textId="77777777" w:rsidR="00BD5F17" w:rsidRPr="00F7027C" w:rsidRDefault="00000000" w:rsidP="005E7414">
      <w:pPr>
        <w:pStyle w:val="Felsorols"/>
        <w:spacing w:line="240" w:lineRule="auto"/>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 xml:space="preserve"> - Számlázás, könyvelés: GDPR 6. cikk (1) bekezdés c) pont (jogi kötelezettség teljesítése)</w:t>
      </w:r>
    </w:p>
    <w:p w14:paraId="0E387F4A" w14:textId="77777777" w:rsidR="00BD5F17" w:rsidRPr="00F7027C" w:rsidRDefault="00000000" w:rsidP="005E7414">
      <w:pPr>
        <w:pStyle w:val="Felsorols"/>
        <w:spacing w:line="240" w:lineRule="auto"/>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 xml:space="preserve"> - Marketing (pl. hírlevél): GDPR 6. cikk (1) bekezdés a) pont (hozzájárulás)</w:t>
      </w:r>
    </w:p>
    <w:p w14:paraId="2877ECD6" w14:textId="77777777" w:rsidR="00BD5F17" w:rsidRPr="00F7027C" w:rsidRDefault="00000000" w:rsidP="005E7414">
      <w:pPr>
        <w:pStyle w:val="Felsorols"/>
        <w:spacing w:line="240" w:lineRule="auto"/>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 xml:space="preserve"> - Honlap működtetése, </w:t>
      </w:r>
      <w:proofErr w:type="spellStart"/>
      <w:r w:rsidRPr="00F7027C">
        <w:rPr>
          <w:rFonts w:ascii="Times New Roman" w:hAnsi="Times New Roman" w:cs="Times New Roman"/>
          <w:sz w:val="24"/>
          <w:szCs w:val="24"/>
          <w:lang w:val="hu-HU"/>
        </w:rPr>
        <w:t>cookie</w:t>
      </w:r>
      <w:proofErr w:type="spellEnd"/>
      <w:r w:rsidRPr="00F7027C">
        <w:rPr>
          <w:rFonts w:ascii="Times New Roman" w:hAnsi="Times New Roman" w:cs="Times New Roman"/>
          <w:sz w:val="24"/>
          <w:szCs w:val="24"/>
          <w:lang w:val="hu-HU"/>
        </w:rPr>
        <w:t>-k kezelése: GDPR 6. cikk (1) bekezdés f) pont (jogos érdek)</w:t>
      </w:r>
    </w:p>
    <w:p w14:paraId="6A05D979" w14:textId="1D4FD353" w:rsidR="005E5D1F" w:rsidRDefault="00CA13D9" w:rsidP="005E7414">
      <w:pPr>
        <w:pStyle w:val="Felsorols"/>
        <w:spacing w:line="240" w:lineRule="auto"/>
        <w:jc w:val="both"/>
        <w:rPr>
          <w:rFonts w:ascii="Times New Roman" w:hAnsi="Times New Roman" w:cs="Times New Roman"/>
          <w:sz w:val="24"/>
          <w:szCs w:val="24"/>
          <w:lang w:val="hu-HU"/>
        </w:rPr>
      </w:pPr>
      <w:r w:rsidRPr="00F7027C">
        <w:rPr>
          <w:rFonts w:ascii="Times New Roman" w:hAnsi="Times New Roman" w:cs="Times New Roman"/>
          <w:sz w:val="24"/>
          <w:szCs w:val="24"/>
          <w:lang w:val="hu-HU"/>
        </w:rPr>
        <w:t xml:space="preserve">A </w:t>
      </w:r>
      <w:r w:rsidR="00DD24C7" w:rsidRPr="00F7027C">
        <w:rPr>
          <w:rFonts w:ascii="Times New Roman" w:hAnsi="Times New Roman" w:cs="Times New Roman"/>
          <w:sz w:val="24"/>
          <w:szCs w:val="24"/>
          <w:lang w:val="hu-HU"/>
        </w:rPr>
        <w:t>S</w:t>
      </w:r>
      <w:r w:rsidRPr="00F7027C">
        <w:rPr>
          <w:rFonts w:ascii="Times New Roman" w:hAnsi="Times New Roman" w:cs="Times New Roman"/>
          <w:sz w:val="24"/>
          <w:szCs w:val="24"/>
          <w:lang w:val="hu-HU"/>
        </w:rPr>
        <w:t xml:space="preserve">zállásadó, mint adatkezelő biztonsági és vagyonvédelmi okokból </w:t>
      </w:r>
      <w:r w:rsidRPr="00F7027C">
        <w:rPr>
          <w:rFonts w:ascii="Times New Roman" w:hAnsi="Times New Roman" w:cs="Times New Roman"/>
          <w:color w:val="000000" w:themeColor="text1"/>
          <w:sz w:val="24"/>
          <w:szCs w:val="24"/>
          <w:lang w:val="hu-HU"/>
        </w:rPr>
        <w:t xml:space="preserve">a Vendégház bejáratánál, az udvaron és kapubeállónál térfigyelő (kamera) rendszert </w:t>
      </w:r>
      <w:r w:rsidRPr="00F7027C">
        <w:rPr>
          <w:rFonts w:ascii="Times New Roman" w:hAnsi="Times New Roman" w:cs="Times New Roman"/>
          <w:sz w:val="24"/>
          <w:szCs w:val="24"/>
          <w:lang w:val="hu-HU"/>
        </w:rPr>
        <w:t xml:space="preserve">működtet, mely folyamatosan képfelvételeket (hang nélkül) rögzít. </w:t>
      </w:r>
      <w:r w:rsidR="00DD24C7" w:rsidRPr="00F7027C">
        <w:rPr>
          <w:rFonts w:ascii="Times New Roman" w:hAnsi="Times New Roman" w:cs="Times New Roman"/>
          <w:sz w:val="24"/>
          <w:szCs w:val="24"/>
          <w:lang w:val="hu-HU"/>
        </w:rPr>
        <w:t>A kamerarendszer kizárólag a Vendégek érkezése előtt és távozása után aktív. A kamerarendszer az érkezés napján 15:00-tól a távozás napján 1</w:t>
      </w:r>
      <w:r w:rsidR="005E5D1F" w:rsidRPr="00F7027C">
        <w:rPr>
          <w:rFonts w:ascii="Times New Roman" w:hAnsi="Times New Roman" w:cs="Times New Roman"/>
          <w:sz w:val="24"/>
          <w:szCs w:val="24"/>
          <w:lang w:val="hu-HU"/>
        </w:rPr>
        <w:t>1</w:t>
      </w:r>
      <w:r w:rsidR="00DD24C7" w:rsidRPr="00F7027C">
        <w:rPr>
          <w:rFonts w:ascii="Times New Roman" w:hAnsi="Times New Roman" w:cs="Times New Roman"/>
          <w:sz w:val="24"/>
          <w:szCs w:val="24"/>
          <w:lang w:val="hu-HU"/>
        </w:rPr>
        <w:t xml:space="preserve">:00-ig </w:t>
      </w:r>
      <w:proofErr w:type="spellStart"/>
      <w:r w:rsidR="00DD24C7" w:rsidRPr="00F7027C">
        <w:rPr>
          <w:rFonts w:ascii="Times New Roman" w:hAnsi="Times New Roman" w:cs="Times New Roman"/>
          <w:sz w:val="24"/>
          <w:szCs w:val="24"/>
          <w:lang w:val="hu-HU"/>
        </w:rPr>
        <w:t>áramtalanítva</w:t>
      </w:r>
      <w:proofErr w:type="spellEnd"/>
      <w:r w:rsidR="00DD24C7" w:rsidRPr="00F7027C">
        <w:rPr>
          <w:rFonts w:ascii="Times New Roman" w:hAnsi="Times New Roman" w:cs="Times New Roman"/>
          <w:sz w:val="24"/>
          <w:szCs w:val="24"/>
          <w:lang w:val="hu-HU"/>
        </w:rPr>
        <w:t xml:space="preserve"> van. </w:t>
      </w:r>
      <w:r w:rsidRPr="00F7027C">
        <w:rPr>
          <w:rFonts w:ascii="Times New Roman" w:hAnsi="Times New Roman" w:cs="Times New Roman"/>
          <w:sz w:val="24"/>
          <w:szCs w:val="24"/>
          <w:lang w:val="hu-HU"/>
        </w:rPr>
        <w:t xml:space="preserve">Erre a Szállásadó, az épület bejáratánál, jól látható ismertetővel hívja fel az épületébe lépő személyek figyelmét. Az adatkezelés jogalapja a szállásadó jogos érdeke és a személy- és vagyonvédelmi, valamint a magánnyomozói tevékenység szabályairól szóló 2005. évi CXXXIII. törvény 25 § (1) bekezdése. A képfelvétel rögzítésében Érintettek: a kamera látókörében lévő természetes személyek. A kamerafelvételeket a rendszer a Szállásadó saját szerverére menti, megőrzésük időtartama a 2005. évi CXXXIII. törvény 31 § szerint maximálisan 30 nap. </w:t>
      </w:r>
    </w:p>
    <w:p w14:paraId="4C816243" w14:textId="77777777" w:rsidR="005E7414" w:rsidRPr="00F7027C" w:rsidRDefault="005E7414" w:rsidP="006647B4">
      <w:pPr>
        <w:pStyle w:val="Felsorols"/>
        <w:numPr>
          <w:ilvl w:val="0"/>
          <w:numId w:val="0"/>
        </w:numPr>
        <w:spacing w:line="240" w:lineRule="auto"/>
        <w:ind w:left="360"/>
        <w:jc w:val="both"/>
        <w:rPr>
          <w:rFonts w:ascii="Times New Roman" w:hAnsi="Times New Roman" w:cs="Times New Roman"/>
          <w:sz w:val="24"/>
          <w:szCs w:val="24"/>
          <w:lang w:val="hu-HU"/>
        </w:rPr>
      </w:pPr>
    </w:p>
    <w:p w14:paraId="6F031600" w14:textId="28E5289E" w:rsidR="005E5D1F" w:rsidRPr="00F7027C" w:rsidRDefault="00025597" w:rsidP="005E7414">
      <w:pPr>
        <w:spacing w:after="0" w:line="240" w:lineRule="auto"/>
        <w:jc w:val="both"/>
        <w:textAlignment w:val="baseline"/>
        <w:rPr>
          <w:rFonts w:ascii="Times New Roman" w:eastAsia="Times New Roman" w:hAnsi="Times New Roman" w:cs="Times New Roman"/>
          <w:sz w:val="24"/>
          <w:szCs w:val="24"/>
          <w:lang w:val="hu-HU" w:eastAsia="hu-HU"/>
        </w:rPr>
      </w:pPr>
      <w:r w:rsidRPr="00F7027C">
        <w:rPr>
          <w:rFonts w:ascii="Times New Roman" w:eastAsia="Times New Roman" w:hAnsi="Times New Roman" w:cs="Times New Roman"/>
          <w:b/>
          <w:bCs/>
          <w:sz w:val="24"/>
          <w:szCs w:val="24"/>
          <w:lang w:val="hu-HU" w:eastAsia="hu-HU"/>
        </w:rPr>
        <w:lastRenderedPageBreak/>
        <w:t xml:space="preserve">3. </w:t>
      </w:r>
      <w:r w:rsidR="00B20FFD" w:rsidRPr="00F7027C">
        <w:rPr>
          <w:rFonts w:ascii="Times New Roman" w:eastAsia="Times New Roman" w:hAnsi="Times New Roman" w:cs="Times New Roman"/>
          <w:b/>
          <w:bCs/>
          <w:sz w:val="24"/>
          <w:szCs w:val="24"/>
          <w:lang w:val="hu-HU" w:eastAsia="hu-HU"/>
        </w:rPr>
        <w:t>A személyes adatok kezelésére vonatkozó elvek</w:t>
      </w:r>
    </w:p>
    <w:p w14:paraId="266808E4" w14:textId="77777777" w:rsidR="00B20FFD" w:rsidRPr="00F7027C" w:rsidRDefault="00B20FFD" w:rsidP="005E7414">
      <w:pPr>
        <w:spacing w:after="0" w:line="240" w:lineRule="auto"/>
        <w:jc w:val="both"/>
        <w:textAlignment w:val="baseline"/>
        <w:rPr>
          <w:rFonts w:ascii="Times New Roman" w:eastAsia="Times New Roman" w:hAnsi="Times New Roman" w:cs="Times New Roman"/>
          <w:sz w:val="24"/>
          <w:szCs w:val="24"/>
          <w:lang w:val="hu-HU" w:eastAsia="hu-HU"/>
        </w:rPr>
      </w:pPr>
      <w:r w:rsidRPr="00F7027C">
        <w:rPr>
          <w:rFonts w:ascii="Times New Roman" w:eastAsia="Times New Roman" w:hAnsi="Times New Roman" w:cs="Times New Roman"/>
          <w:sz w:val="24"/>
          <w:szCs w:val="24"/>
          <w:lang w:val="hu-HU" w:eastAsia="hu-HU"/>
        </w:rPr>
        <w:br/>
      </w:r>
      <w:r w:rsidRPr="00F7027C">
        <w:rPr>
          <w:rFonts w:ascii="Times New Roman" w:eastAsia="Times New Roman" w:hAnsi="Times New Roman" w:cs="Times New Roman"/>
          <w:b/>
          <w:bCs/>
          <w:sz w:val="24"/>
          <w:szCs w:val="24"/>
          <w:lang w:val="hu-HU" w:eastAsia="hu-HU"/>
        </w:rPr>
        <w:t>A személyes adatok:</w:t>
      </w:r>
    </w:p>
    <w:p w14:paraId="0029D79E" w14:textId="77777777" w:rsidR="00B20FFD" w:rsidRPr="00F7027C" w:rsidRDefault="00B20FFD" w:rsidP="005E7414">
      <w:pPr>
        <w:numPr>
          <w:ilvl w:val="0"/>
          <w:numId w:val="11"/>
        </w:numPr>
        <w:spacing w:before="100" w:beforeAutospacing="1" w:after="100" w:afterAutospacing="1" w:line="240" w:lineRule="auto"/>
        <w:jc w:val="both"/>
        <w:textAlignment w:val="baseline"/>
        <w:rPr>
          <w:rFonts w:ascii="Times New Roman" w:eastAsia="Times New Roman" w:hAnsi="Times New Roman" w:cs="Times New Roman"/>
          <w:sz w:val="24"/>
          <w:szCs w:val="24"/>
          <w:lang w:val="hu-HU" w:eastAsia="hu-HU"/>
        </w:rPr>
      </w:pPr>
      <w:r w:rsidRPr="00F7027C">
        <w:rPr>
          <w:rFonts w:ascii="Times New Roman" w:eastAsia="Times New Roman" w:hAnsi="Times New Roman" w:cs="Times New Roman"/>
          <w:sz w:val="24"/>
          <w:szCs w:val="24"/>
          <w:lang w:val="hu-HU" w:eastAsia="hu-HU"/>
        </w:rPr>
        <w:t>kezelését jogszerűen és tisztességesen, valamint az Érintett számára átlátható módon kell végezni („</w:t>
      </w:r>
      <w:r w:rsidRPr="00F7027C">
        <w:rPr>
          <w:rFonts w:ascii="Times New Roman" w:eastAsia="Times New Roman" w:hAnsi="Times New Roman" w:cs="Times New Roman"/>
          <w:b/>
          <w:bCs/>
          <w:sz w:val="24"/>
          <w:szCs w:val="24"/>
          <w:lang w:val="hu-HU" w:eastAsia="hu-HU"/>
        </w:rPr>
        <w:t>jogszerűség, tisztességes eljárás és átláthatóság</w:t>
      </w:r>
      <w:r w:rsidRPr="00F7027C">
        <w:rPr>
          <w:rFonts w:ascii="Times New Roman" w:eastAsia="Times New Roman" w:hAnsi="Times New Roman" w:cs="Times New Roman"/>
          <w:sz w:val="24"/>
          <w:szCs w:val="24"/>
          <w:lang w:val="hu-HU" w:eastAsia="hu-HU"/>
        </w:rPr>
        <w:t>”);</w:t>
      </w:r>
    </w:p>
    <w:p w14:paraId="60417222" w14:textId="77777777" w:rsidR="00B20FFD" w:rsidRPr="00F7027C" w:rsidRDefault="00B20FFD" w:rsidP="005E7414">
      <w:pPr>
        <w:numPr>
          <w:ilvl w:val="0"/>
          <w:numId w:val="12"/>
        </w:numPr>
        <w:spacing w:before="100" w:beforeAutospacing="1" w:after="100" w:afterAutospacing="1" w:line="240" w:lineRule="auto"/>
        <w:jc w:val="both"/>
        <w:textAlignment w:val="baseline"/>
        <w:rPr>
          <w:rFonts w:ascii="Times New Roman" w:eastAsia="Times New Roman" w:hAnsi="Times New Roman" w:cs="Times New Roman"/>
          <w:sz w:val="24"/>
          <w:szCs w:val="24"/>
          <w:lang w:val="hu-HU" w:eastAsia="hu-HU"/>
        </w:rPr>
      </w:pPr>
      <w:r w:rsidRPr="00F7027C">
        <w:rPr>
          <w:rFonts w:ascii="Times New Roman" w:eastAsia="Times New Roman" w:hAnsi="Times New Roman" w:cs="Times New Roman"/>
          <w:sz w:val="24"/>
          <w:szCs w:val="24"/>
          <w:lang w:val="hu-HU" w:eastAsia="hu-HU"/>
        </w:rPr>
        <w:t>gyűjtése csak meghatározott, egyértelmű és jogszerű célból történjen, és azokat ne kezeljék ezekkel a célokkal össze nem egyeztethető módon; nem minősül az eredeti céllal össze nem egyeztethetőnek a közérdekű archiválás céljából, tudományos és történelmi kutatási célból, vagy statisztikai célból történő további adatkezelés („</w:t>
      </w:r>
      <w:r w:rsidRPr="00F7027C">
        <w:rPr>
          <w:rFonts w:ascii="Times New Roman" w:eastAsia="Times New Roman" w:hAnsi="Times New Roman" w:cs="Times New Roman"/>
          <w:b/>
          <w:bCs/>
          <w:sz w:val="24"/>
          <w:szCs w:val="24"/>
          <w:lang w:val="hu-HU" w:eastAsia="hu-HU"/>
        </w:rPr>
        <w:t>célhoz kötöttség</w:t>
      </w:r>
      <w:r w:rsidRPr="00F7027C">
        <w:rPr>
          <w:rFonts w:ascii="Times New Roman" w:eastAsia="Times New Roman" w:hAnsi="Times New Roman" w:cs="Times New Roman"/>
          <w:sz w:val="24"/>
          <w:szCs w:val="24"/>
          <w:lang w:val="hu-HU" w:eastAsia="hu-HU"/>
        </w:rPr>
        <w:t>”);</w:t>
      </w:r>
    </w:p>
    <w:p w14:paraId="49C462DC" w14:textId="77777777" w:rsidR="00B20FFD" w:rsidRPr="00F7027C" w:rsidRDefault="00B20FFD" w:rsidP="005E7414">
      <w:pPr>
        <w:numPr>
          <w:ilvl w:val="0"/>
          <w:numId w:val="13"/>
        </w:numPr>
        <w:spacing w:before="100" w:beforeAutospacing="1" w:after="100" w:afterAutospacing="1" w:line="240" w:lineRule="auto"/>
        <w:jc w:val="both"/>
        <w:textAlignment w:val="baseline"/>
        <w:rPr>
          <w:rFonts w:ascii="Times New Roman" w:eastAsia="Times New Roman" w:hAnsi="Times New Roman" w:cs="Times New Roman"/>
          <w:sz w:val="24"/>
          <w:szCs w:val="24"/>
          <w:lang w:val="hu-HU" w:eastAsia="hu-HU"/>
        </w:rPr>
      </w:pPr>
      <w:r w:rsidRPr="00F7027C">
        <w:rPr>
          <w:rFonts w:ascii="Times New Roman" w:eastAsia="Times New Roman" w:hAnsi="Times New Roman" w:cs="Times New Roman"/>
          <w:sz w:val="24"/>
          <w:szCs w:val="24"/>
          <w:lang w:val="hu-HU" w:eastAsia="hu-HU"/>
        </w:rPr>
        <w:t>az adatkezelés céljai szempontjából megfelelőek és relevánsak kell, hogy legyenek, és a szükségesre kell korlátozódniuk („</w:t>
      </w:r>
      <w:r w:rsidRPr="00F7027C">
        <w:rPr>
          <w:rFonts w:ascii="Times New Roman" w:eastAsia="Times New Roman" w:hAnsi="Times New Roman" w:cs="Times New Roman"/>
          <w:b/>
          <w:bCs/>
          <w:sz w:val="24"/>
          <w:szCs w:val="24"/>
          <w:lang w:val="hu-HU" w:eastAsia="hu-HU"/>
        </w:rPr>
        <w:t>adattakarékosság</w:t>
      </w:r>
      <w:r w:rsidRPr="00F7027C">
        <w:rPr>
          <w:rFonts w:ascii="Times New Roman" w:eastAsia="Times New Roman" w:hAnsi="Times New Roman" w:cs="Times New Roman"/>
          <w:sz w:val="24"/>
          <w:szCs w:val="24"/>
          <w:lang w:val="hu-HU" w:eastAsia="hu-HU"/>
        </w:rPr>
        <w:t>”);</w:t>
      </w:r>
    </w:p>
    <w:p w14:paraId="0E11785A" w14:textId="77777777" w:rsidR="00B20FFD" w:rsidRPr="00F7027C" w:rsidRDefault="00B20FFD" w:rsidP="005E7414">
      <w:pPr>
        <w:numPr>
          <w:ilvl w:val="0"/>
          <w:numId w:val="14"/>
        </w:numPr>
        <w:spacing w:before="100" w:beforeAutospacing="1" w:after="100" w:afterAutospacing="1" w:line="240" w:lineRule="auto"/>
        <w:jc w:val="both"/>
        <w:textAlignment w:val="baseline"/>
        <w:rPr>
          <w:rFonts w:ascii="Times New Roman" w:eastAsia="Times New Roman" w:hAnsi="Times New Roman" w:cs="Times New Roman"/>
          <w:sz w:val="24"/>
          <w:szCs w:val="24"/>
          <w:lang w:val="hu-HU" w:eastAsia="hu-HU"/>
        </w:rPr>
      </w:pPr>
      <w:r w:rsidRPr="00F7027C">
        <w:rPr>
          <w:rFonts w:ascii="Times New Roman" w:eastAsia="Times New Roman" w:hAnsi="Times New Roman" w:cs="Times New Roman"/>
          <w:sz w:val="24"/>
          <w:szCs w:val="24"/>
          <w:lang w:val="hu-HU" w:eastAsia="hu-HU"/>
        </w:rPr>
        <w:t>pontosnak és szükség esetén naprakésznek kell lenniük; minden észszerű intézkedést meg kell tenni annak érdekében, hogy az adatkezelés céljai szempontjából pontatlan személyes adatokat haladéktalanul töröljék, vagy helyesbítsék („</w:t>
      </w:r>
      <w:r w:rsidRPr="00F7027C">
        <w:rPr>
          <w:rFonts w:ascii="Times New Roman" w:eastAsia="Times New Roman" w:hAnsi="Times New Roman" w:cs="Times New Roman"/>
          <w:b/>
          <w:bCs/>
          <w:sz w:val="24"/>
          <w:szCs w:val="24"/>
          <w:lang w:val="hu-HU" w:eastAsia="hu-HU"/>
        </w:rPr>
        <w:t>pontosság</w:t>
      </w:r>
      <w:r w:rsidRPr="00F7027C">
        <w:rPr>
          <w:rFonts w:ascii="Times New Roman" w:eastAsia="Times New Roman" w:hAnsi="Times New Roman" w:cs="Times New Roman"/>
          <w:sz w:val="24"/>
          <w:szCs w:val="24"/>
          <w:lang w:val="hu-HU" w:eastAsia="hu-HU"/>
        </w:rPr>
        <w:t>”);</w:t>
      </w:r>
    </w:p>
    <w:p w14:paraId="4F42D3C9" w14:textId="77777777" w:rsidR="00B20FFD" w:rsidRPr="00F7027C" w:rsidRDefault="00B20FFD" w:rsidP="005E7414">
      <w:pPr>
        <w:numPr>
          <w:ilvl w:val="0"/>
          <w:numId w:val="15"/>
        </w:numPr>
        <w:spacing w:before="100" w:beforeAutospacing="1" w:after="100" w:afterAutospacing="1" w:line="240" w:lineRule="auto"/>
        <w:jc w:val="both"/>
        <w:textAlignment w:val="baseline"/>
        <w:rPr>
          <w:rFonts w:ascii="Times New Roman" w:eastAsia="Times New Roman" w:hAnsi="Times New Roman" w:cs="Times New Roman"/>
          <w:sz w:val="24"/>
          <w:szCs w:val="24"/>
          <w:lang w:val="hu-HU" w:eastAsia="hu-HU"/>
        </w:rPr>
      </w:pPr>
      <w:r w:rsidRPr="00F7027C">
        <w:rPr>
          <w:rFonts w:ascii="Times New Roman" w:eastAsia="Times New Roman" w:hAnsi="Times New Roman" w:cs="Times New Roman"/>
          <w:sz w:val="24"/>
          <w:szCs w:val="24"/>
          <w:lang w:val="hu-HU" w:eastAsia="hu-HU"/>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w:t>
      </w:r>
      <w:r w:rsidRPr="00F7027C">
        <w:rPr>
          <w:rFonts w:ascii="Times New Roman" w:eastAsia="Times New Roman" w:hAnsi="Times New Roman" w:cs="Times New Roman"/>
          <w:b/>
          <w:bCs/>
          <w:sz w:val="24"/>
          <w:szCs w:val="24"/>
          <w:lang w:val="hu-HU" w:eastAsia="hu-HU"/>
        </w:rPr>
        <w:t>korlátozott tárolhatóság</w:t>
      </w:r>
      <w:r w:rsidRPr="00F7027C">
        <w:rPr>
          <w:rFonts w:ascii="Times New Roman" w:eastAsia="Times New Roman" w:hAnsi="Times New Roman" w:cs="Times New Roman"/>
          <w:sz w:val="24"/>
          <w:szCs w:val="24"/>
          <w:lang w:val="hu-HU" w:eastAsia="hu-HU"/>
        </w:rPr>
        <w:t>”);</w:t>
      </w:r>
    </w:p>
    <w:p w14:paraId="51C39D9C" w14:textId="77777777" w:rsidR="00B20FFD" w:rsidRPr="00F7027C" w:rsidRDefault="00B20FFD" w:rsidP="005E7414">
      <w:pPr>
        <w:numPr>
          <w:ilvl w:val="0"/>
          <w:numId w:val="16"/>
        </w:numPr>
        <w:spacing w:before="100" w:beforeAutospacing="1" w:after="100" w:afterAutospacing="1" w:line="240" w:lineRule="auto"/>
        <w:jc w:val="both"/>
        <w:textAlignment w:val="baseline"/>
        <w:rPr>
          <w:rFonts w:ascii="Times New Roman" w:eastAsia="Times New Roman" w:hAnsi="Times New Roman" w:cs="Times New Roman"/>
          <w:sz w:val="24"/>
          <w:szCs w:val="24"/>
          <w:lang w:val="hu-HU" w:eastAsia="hu-HU"/>
        </w:rPr>
      </w:pPr>
      <w:r w:rsidRPr="00F7027C">
        <w:rPr>
          <w:rFonts w:ascii="Times New Roman" w:eastAsia="Times New Roman" w:hAnsi="Times New Roman" w:cs="Times New Roman"/>
          <w:sz w:val="24"/>
          <w:szCs w:val="24"/>
          <w:lang w:val="hu-HU" w:eastAsia="hu-HU"/>
        </w:rPr>
        <w:t xml:space="preserve">kezelését oly módon kell végezni, hogy megfelelő technikai, vagy szervezési intézkedések alkalmazásával biztosítva legyen a személyes adatok megfelelő biztonsága, az adatok jogosulatlan, vagy jogellenes kezelésével, véletlen elvesztésével, </w:t>
      </w:r>
      <w:proofErr w:type="gramStart"/>
      <w:r w:rsidRPr="00F7027C">
        <w:rPr>
          <w:rFonts w:ascii="Times New Roman" w:eastAsia="Times New Roman" w:hAnsi="Times New Roman" w:cs="Times New Roman"/>
          <w:sz w:val="24"/>
          <w:szCs w:val="24"/>
          <w:lang w:val="hu-HU" w:eastAsia="hu-HU"/>
        </w:rPr>
        <w:t>megsemmisítésével,</w:t>
      </w:r>
      <w:proofErr w:type="gramEnd"/>
      <w:r w:rsidRPr="00F7027C">
        <w:rPr>
          <w:rFonts w:ascii="Times New Roman" w:eastAsia="Times New Roman" w:hAnsi="Times New Roman" w:cs="Times New Roman"/>
          <w:sz w:val="24"/>
          <w:szCs w:val="24"/>
          <w:lang w:val="hu-HU" w:eastAsia="hu-HU"/>
        </w:rPr>
        <w:t xml:space="preserve"> vagy károsodásával szembeni védelmet is ideértve („</w:t>
      </w:r>
      <w:r w:rsidRPr="00F7027C">
        <w:rPr>
          <w:rFonts w:ascii="Times New Roman" w:eastAsia="Times New Roman" w:hAnsi="Times New Roman" w:cs="Times New Roman"/>
          <w:b/>
          <w:bCs/>
          <w:sz w:val="24"/>
          <w:szCs w:val="24"/>
          <w:lang w:val="hu-HU" w:eastAsia="hu-HU"/>
        </w:rPr>
        <w:t>integritás és bizalmas jelleg</w:t>
      </w:r>
      <w:r w:rsidRPr="00F7027C">
        <w:rPr>
          <w:rFonts w:ascii="Times New Roman" w:eastAsia="Times New Roman" w:hAnsi="Times New Roman" w:cs="Times New Roman"/>
          <w:sz w:val="24"/>
          <w:szCs w:val="24"/>
          <w:lang w:val="hu-HU" w:eastAsia="hu-HU"/>
        </w:rPr>
        <w:t>”).</w:t>
      </w:r>
    </w:p>
    <w:p w14:paraId="58825079" w14:textId="77777777" w:rsidR="00B20FFD" w:rsidRPr="00F7027C" w:rsidRDefault="00B20FFD" w:rsidP="005E7414">
      <w:pPr>
        <w:spacing w:before="100" w:beforeAutospacing="1" w:after="100" w:afterAutospacing="1" w:line="240" w:lineRule="auto"/>
        <w:jc w:val="both"/>
        <w:rPr>
          <w:rFonts w:ascii="Times New Roman" w:eastAsia="Times New Roman" w:hAnsi="Times New Roman" w:cs="Times New Roman"/>
          <w:sz w:val="24"/>
          <w:szCs w:val="24"/>
          <w:lang w:val="hu-HU" w:eastAsia="hu-HU"/>
        </w:rPr>
      </w:pPr>
      <w:r w:rsidRPr="00F7027C">
        <w:rPr>
          <w:rFonts w:ascii="Times New Roman" w:eastAsia="Times New Roman" w:hAnsi="Times New Roman" w:cs="Times New Roman"/>
          <w:sz w:val="24"/>
          <w:szCs w:val="24"/>
          <w:lang w:val="hu-HU" w:eastAsia="hu-HU"/>
        </w:rPr>
        <w:t>Az Adatkezelő felelős a fentiek megfelelésért, továbbá képesnek kell lennie e megfelelés igazolására („</w:t>
      </w:r>
      <w:r w:rsidRPr="00F7027C">
        <w:rPr>
          <w:rFonts w:ascii="Times New Roman" w:eastAsia="Times New Roman" w:hAnsi="Times New Roman" w:cs="Times New Roman"/>
          <w:b/>
          <w:bCs/>
          <w:sz w:val="24"/>
          <w:szCs w:val="24"/>
          <w:lang w:val="hu-HU" w:eastAsia="hu-HU"/>
        </w:rPr>
        <w:t>elszámoltathatóság</w:t>
      </w:r>
      <w:r w:rsidRPr="00F7027C">
        <w:rPr>
          <w:rFonts w:ascii="Times New Roman" w:eastAsia="Times New Roman" w:hAnsi="Times New Roman" w:cs="Times New Roman"/>
          <w:sz w:val="24"/>
          <w:szCs w:val="24"/>
          <w:lang w:val="hu-HU" w:eastAsia="hu-HU"/>
        </w:rPr>
        <w:t>”).</w:t>
      </w:r>
    </w:p>
    <w:p w14:paraId="1F84AB9C" w14:textId="6E5B5EA5" w:rsidR="000327F4" w:rsidRPr="00F7027C" w:rsidRDefault="009F078D" w:rsidP="005E7414">
      <w:pPr>
        <w:pStyle w:val="Felsorols"/>
        <w:numPr>
          <w:ilvl w:val="0"/>
          <w:numId w:val="0"/>
        </w:numPr>
        <w:spacing w:line="240" w:lineRule="auto"/>
        <w:ind w:left="360" w:hanging="360"/>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adatkezelő nyilatkozik, hogy adatkezelése a jelen pontban foglalt alapelveknek megfelelően történik.</w:t>
      </w:r>
    </w:p>
    <w:p w14:paraId="12A6DF89" w14:textId="77777777" w:rsidR="000327F4" w:rsidRDefault="000327F4" w:rsidP="005E7414">
      <w:pPr>
        <w:pStyle w:val="Felsorols"/>
        <w:numPr>
          <w:ilvl w:val="0"/>
          <w:numId w:val="0"/>
        </w:numPr>
        <w:spacing w:line="240" w:lineRule="auto"/>
        <w:ind w:left="360" w:hanging="360"/>
        <w:jc w:val="both"/>
        <w:rPr>
          <w:rFonts w:ascii="Times New Roman" w:hAnsi="Times New Roman" w:cs="Times New Roman"/>
          <w:sz w:val="24"/>
          <w:szCs w:val="24"/>
          <w:shd w:val="clear" w:color="auto" w:fill="FFFFFF"/>
          <w:lang w:val="hu-HU"/>
        </w:rPr>
      </w:pPr>
    </w:p>
    <w:p w14:paraId="27446D74" w14:textId="77777777" w:rsidR="005E7414" w:rsidRDefault="005E7414" w:rsidP="005E7414">
      <w:pPr>
        <w:pStyle w:val="Felsorols"/>
        <w:numPr>
          <w:ilvl w:val="0"/>
          <w:numId w:val="0"/>
        </w:numPr>
        <w:spacing w:line="240" w:lineRule="auto"/>
        <w:ind w:left="360" w:hanging="360"/>
        <w:jc w:val="both"/>
        <w:rPr>
          <w:rFonts w:ascii="Times New Roman" w:hAnsi="Times New Roman" w:cs="Times New Roman"/>
          <w:sz w:val="24"/>
          <w:szCs w:val="24"/>
          <w:shd w:val="clear" w:color="auto" w:fill="FFFFFF"/>
          <w:lang w:val="hu-HU"/>
        </w:rPr>
      </w:pPr>
    </w:p>
    <w:p w14:paraId="1574A18C" w14:textId="77777777" w:rsidR="005E7414" w:rsidRPr="00F7027C" w:rsidRDefault="005E7414" w:rsidP="005E7414">
      <w:pPr>
        <w:pStyle w:val="Felsorols"/>
        <w:numPr>
          <w:ilvl w:val="0"/>
          <w:numId w:val="0"/>
        </w:numPr>
        <w:spacing w:line="240" w:lineRule="auto"/>
        <w:ind w:left="360" w:hanging="360"/>
        <w:jc w:val="both"/>
        <w:rPr>
          <w:rFonts w:ascii="Times New Roman" w:hAnsi="Times New Roman" w:cs="Times New Roman"/>
          <w:sz w:val="24"/>
          <w:szCs w:val="24"/>
          <w:shd w:val="clear" w:color="auto" w:fill="FFFFFF"/>
          <w:lang w:val="hu-HU"/>
        </w:rPr>
      </w:pPr>
    </w:p>
    <w:p w14:paraId="0759E884" w14:textId="4B5089AE" w:rsidR="00AB6E24" w:rsidRPr="00F7027C" w:rsidRDefault="00025597" w:rsidP="005E7414">
      <w:pPr>
        <w:pStyle w:val="Felsorols"/>
        <w:numPr>
          <w:ilvl w:val="0"/>
          <w:numId w:val="0"/>
        </w:numPr>
        <w:spacing w:line="240" w:lineRule="auto"/>
        <w:ind w:left="360" w:hanging="360"/>
        <w:jc w:val="both"/>
        <w:rPr>
          <w:rFonts w:ascii="Times New Roman" w:hAnsi="Times New Roman" w:cs="Times New Roman"/>
          <w:b/>
          <w:bCs/>
          <w:sz w:val="24"/>
          <w:szCs w:val="24"/>
          <w:lang w:val="hu-HU"/>
        </w:rPr>
      </w:pPr>
      <w:r w:rsidRPr="00F7027C">
        <w:rPr>
          <w:rFonts w:ascii="Times New Roman" w:hAnsi="Times New Roman" w:cs="Times New Roman"/>
          <w:b/>
          <w:bCs/>
          <w:sz w:val="24"/>
          <w:szCs w:val="24"/>
          <w:lang w:val="hu-HU"/>
        </w:rPr>
        <w:lastRenderedPageBreak/>
        <w:t xml:space="preserve">4. </w:t>
      </w:r>
      <w:r w:rsidR="004D44C7" w:rsidRPr="00F7027C">
        <w:rPr>
          <w:rFonts w:ascii="Times New Roman" w:hAnsi="Times New Roman" w:cs="Times New Roman"/>
          <w:b/>
          <w:bCs/>
          <w:sz w:val="24"/>
          <w:szCs w:val="24"/>
          <w:lang w:val="hu-HU"/>
        </w:rPr>
        <w:t xml:space="preserve"> </w:t>
      </w:r>
      <w:r w:rsidRPr="00F7027C">
        <w:rPr>
          <w:rFonts w:ascii="Times New Roman" w:hAnsi="Times New Roman" w:cs="Times New Roman"/>
          <w:b/>
          <w:bCs/>
          <w:sz w:val="24"/>
          <w:szCs w:val="24"/>
          <w:lang w:val="hu-HU"/>
        </w:rPr>
        <w:t>Az adatkezelő nyilatkozatai</w:t>
      </w:r>
    </w:p>
    <w:p w14:paraId="1C3DF746" w14:textId="77777777" w:rsidR="004D44C7" w:rsidRPr="00F7027C" w:rsidRDefault="004D44C7" w:rsidP="005E7414">
      <w:pPr>
        <w:pStyle w:val="Felsorols"/>
        <w:numPr>
          <w:ilvl w:val="0"/>
          <w:numId w:val="0"/>
        </w:numPr>
        <w:spacing w:line="240" w:lineRule="auto"/>
        <w:ind w:left="360" w:hanging="360"/>
        <w:jc w:val="both"/>
        <w:rPr>
          <w:rFonts w:ascii="Times New Roman" w:hAnsi="Times New Roman" w:cs="Times New Roman"/>
          <w:b/>
          <w:bCs/>
          <w:sz w:val="24"/>
          <w:szCs w:val="24"/>
          <w:lang w:val="hu-HU"/>
        </w:rPr>
      </w:pPr>
    </w:p>
    <w:p w14:paraId="69609C12" w14:textId="3CD63DC5" w:rsidR="004D44C7" w:rsidRPr="00F7027C" w:rsidRDefault="00025597" w:rsidP="005E7414">
      <w:pPr>
        <w:pStyle w:val="Felsorols"/>
        <w:numPr>
          <w:ilvl w:val="0"/>
          <w:numId w:val="0"/>
        </w:numPr>
        <w:spacing w:line="240" w:lineRule="auto"/>
        <w:ind w:left="360" w:hanging="360"/>
        <w:jc w:val="both"/>
        <w:rPr>
          <w:rFonts w:ascii="Times New Roman" w:hAnsi="Times New Roman" w:cs="Times New Roman"/>
          <w:color w:val="0C2237"/>
          <w:sz w:val="24"/>
          <w:szCs w:val="24"/>
          <w:shd w:val="clear" w:color="auto" w:fill="FFFFFF"/>
          <w:lang w:val="hu-HU"/>
        </w:rPr>
      </w:pPr>
      <w:r w:rsidRPr="00F7027C">
        <w:rPr>
          <w:rFonts w:ascii="Times New Roman" w:hAnsi="Times New Roman" w:cs="Times New Roman"/>
          <w:color w:val="0C2237"/>
          <w:sz w:val="24"/>
          <w:szCs w:val="24"/>
          <w:shd w:val="clear" w:color="auto" w:fill="FFFFFF"/>
          <w:lang w:val="hu-HU"/>
        </w:rPr>
        <w:t>Az Adatkezelő kijelenti:</w:t>
      </w:r>
    </w:p>
    <w:p w14:paraId="5938C66A" w14:textId="77777777" w:rsidR="004D44C7" w:rsidRPr="00F7027C" w:rsidRDefault="004D44C7" w:rsidP="005E7414">
      <w:pPr>
        <w:pStyle w:val="Felsorols"/>
        <w:numPr>
          <w:ilvl w:val="0"/>
          <w:numId w:val="0"/>
        </w:numPr>
        <w:spacing w:line="240" w:lineRule="auto"/>
        <w:ind w:left="360" w:hanging="360"/>
        <w:jc w:val="both"/>
        <w:rPr>
          <w:rFonts w:ascii="Times New Roman" w:hAnsi="Times New Roman" w:cs="Times New Roman"/>
          <w:color w:val="0C2237"/>
          <w:sz w:val="24"/>
          <w:szCs w:val="24"/>
          <w:lang w:val="hu-HU"/>
        </w:rPr>
      </w:pPr>
      <w:r w:rsidRPr="00F7027C">
        <w:rPr>
          <w:rFonts w:ascii="Times New Roman" w:hAnsi="Times New Roman" w:cs="Times New Roman"/>
          <w:color w:val="0C2237"/>
          <w:sz w:val="24"/>
          <w:szCs w:val="24"/>
          <w:shd w:val="clear" w:color="auto" w:fill="FFFFFF"/>
          <w:lang w:val="hu-HU"/>
        </w:rPr>
        <w:t xml:space="preserve"> </w:t>
      </w:r>
      <w:r w:rsidR="00025597" w:rsidRPr="00F7027C">
        <w:rPr>
          <w:rFonts w:ascii="Times New Roman" w:hAnsi="Times New Roman" w:cs="Times New Roman"/>
          <w:color w:val="0C2237"/>
          <w:sz w:val="24"/>
          <w:szCs w:val="24"/>
          <w:shd w:val="clear" w:color="auto" w:fill="FFFFFF"/>
          <w:lang w:val="hu-HU"/>
        </w:rPr>
        <w:t>a. az adatkezelés során az információs önrendelkezési jogról, és az információszabadságról szóló 2011. évi CXII. törvény rendelkezéseinek megfelelően jár el.</w:t>
      </w:r>
    </w:p>
    <w:p w14:paraId="4C3DD6AC" w14:textId="77777777" w:rsidR="004D44C7" w:rsidRPr="00F7027C" w:rsidRDefault="00025597" w:rsidP="005E7414">
      <w:pPr>
        <w:pStyle w:val="Felsorols"/>
        <w:numPr>
          <w:ilvl w:val="0"/>
          <w:numId w:val="0"/>
        </w:numPr>
        <w:spacing w:line="240" w:lineRule="auto"/>
        <w:ind w:left="360" w:hanging="360"/>
        <w:jc w:val="both"/>
        <w:rPr>
          <w:rFonts w:ascii="Times New Roman" w:hAnsi="Times New Roman" w:cs="Times New Roman"/>
          <w:color w:val="0C2237"/>
          <w:sz w:val="24"/>
          <w:szCs w:val="24"/>
          <w:lang w:val="hu-HU"/>
        </w:rPr>
      </w:pPr>
      <w:proofErr w:type="spellStart"/>
      <w:r w:rsidRPr="00F7027C">
        <w:rPr>
          <w:rFonts w:ascii="Times New Roman" w:hAnsi="Times New Roman" w:cs="Times New Roman"/>
          <w:color w:val="0C2237"/>
          <w:sz w:val="24"/>
          <w:szCs w:val="24"/>
          <w:shd w:val="clear" w:color="auto" w:fill="FFFFFF"/>
          <w:lang w:val="hu-HU"/>
        </w:rPr>
        <w:t>b.</w:t>
      </w:r>
      <w:proofErr w:type="spellEnd"/>
      <w:r w:rsidRPr="00F7027C">
        <w:rPr>
          <w:rFonts w:ascii="Times New Roman" w:hAnsi="Times New Roman" w:cs="Times New Roman"/>
          <w:color w:val="0C2237"/>
          <w:sz w:val="24"/>
          <w:szCs w:val="24"/>
          <w:shd w:val="clear" w:color="auto" w:fill="FFFFFF"/>
          <w:lang w:val="hu-HU"/>
        </w:rPr>
        <w:t xml:space="preserve"> az adatkezelés során az Adatkezelő tudomására jutott személyes adatokat kizárólag azok az Adatkezelővel munkaviszonyban álló személyek ismerhetik meg, akiknek az adott adatkezeléssel kapcsolatban feladatuk van.</w:t>
      </w:r>
    </w:p>
    <w:p w14:paraId="22BDB001" w14:textId="77777777" w:rsidR="004D44C7" w:rsidRPr="00F7027C" w:rsidRDefault="00025597" w:rsidP="005E7414">
      <w:pPr>
        <w:pStyle w:val="Felsorols"/>
        <w:numPr>
          <w:ilvl w:val="0"/>
          <w:numId w:val="0"/>
        </w:numPr>
        <w:spacing w:line="240" w:lineRule="auto"/>
        <w:ind w:left="360" w:hanging="360"/>
        <w:jc w:val="both"/>
        <w:rPr>
          <w:rFonts w:ascii="Times New Roman" w:hAnsi="Times New Roman" w:cs="Times New Roman"/>
          <w:color w:val="0C2237"/>
          <w:sz w:val="24"/>
          <w:szCs w:val="24"/>
          <w:lang w:val="hu-HU"/>
        </w:rPr>
      </w:pPr>
      <w:r w:rsidRPr="00F7027C">
        <w:rPr>
          <w:rFonts w:ascii="Times New Roman" w:hAnsi="Times New Roman" w:cs="Times New Roman"/>
          <w:color w:val="0C2237"/>
          <w:sz w:val="24"/>
          <w:szCs w:val="24"/>
          <w:shd w:val="clear" w:color="auto" w:fill="FFFFFF"/>
          <w:lang w:val="hu-HU"/>
        </w:rPr>
        <w:t>c. gondoskodik arról, hogy a mindenkor hatályos szabályzat az érintett részére folyamatosan hozzáférhető legyen, ezzel érvényre juttatva az átláthatóság elvét.</w:t>
      </w:r>
    </w:p>
    <w:p w14:paraId="5C345C5D" w14:textId="77777777" w:rsidR="004D44C7" w:rsidRPr="00F7027C" w:rsidRDefault="00025597" w:rsidP="005E7414">
      <w:pPr>
        <w:pStyle w:val="Felsorols"/>
        <w:numPr>
          <w:ilvl w:val="0"/>
          <w:numId w:val="0"/>
        </w:numPr>
        <w:spacing w:line="240" w:lineRule="auto"/>
        <w:ind w:left="360" w:hanging="360"/>
        <w:jc w:val="both"/>
        <w:rPr>
          <w:rFonts w:ascii="Times New Roman" w:hAnsi="Times New Roman" w:cs="Times New Roman"/>
          <w:color w:val="0C2237"/>
          <w:sz w:val="24"/>
          <w:szCs w:val="24"/>
          <w:lang w:val="hu-HU"/>
        </w:rPr>
      </w:pPr>
      <w:r w:rsidRPr="00F7027C">
        <w:rPr>
          <w:rFonts w:ascii="Times New Roman" w:hAnsi="Times New Roman" w:cs="Times New Roman"/>
          <w:color w:val="0C2237"/>
          <w:sz w:val="24"/>
          <w:szCs w:val="24"/>
          <w:shd w:val="clear" w:color="auto" w:fill="FFFFFF"/>
          <w:lang w:val="hu-HU"/>
        </w:rPr>
        <w:t>d. a weboldal a látogatók személyes adatait bizalmasan, a hatályos jogszabályi előírásokkal összhangban kezeli, gondoskodik azok biztonságáról, technikai és szervezési intézkedéseket tesz, valamint az adatvédelem elveinek maradéktalan betartása érdekében eljárási szabályokat alakít ki.</w:t>
      </w:r>
    </w:p>
    <w:p w14:paraId="4BEA1FD4" w14:textId="77777777" w:rsidR="004D44C7" w:rsidRPr="00F7027C" w:rsidRDefault="00025597" w:rsidP="005E7414">
      <w:pPr>
        <w:pStyle w:val="Felsorols"/>
        <w:numPr>
          <w:ilvl w:val="0"/>
          <w:numId w:val="0"/>
        </w:numPr>
        <w:spacing w:line="240" w:lineRule="auto"/>
        <w:ind w:left="360" w:hanging="360"/>
        <w:jc w:val="both"/>
        <w:rPr>
          <w:rFonts w:ascii="Times New Roman" w:hAnsi="Times New Roman" w:cs="Times New Roman"/>
          <w:color w:val="0C2237"/>
          <w:sz w:val="24"/>
          <w:szCs w:val="24"/>
          <w:lang w:val="hu-HU"/>
        </w:rPr>
      </w:pPr>
      <w:r w:rsidRPr="00F7027C">
        <w:rPr>
          <w:rFonts w:ascii="Times New Roman" w:hAnsi="Times New Roman" w:cs="Times New Roman"/>
          <w:color w:val="0C2237"/>
          <w:sz w:val="24"/>
          <w:szCs w:val="24"/>
          <w:shd w:val="clear" w:color="auto" w:fill="FFFFFF"/>
          <w:lang w:val="hu-HU"/>
        </w:rPr>
        <w:t>e. az vendégházban megszálló Vendégek személyes adatait bizalmasan, a hatályos jogszabályi előírásokkal összhangban kezeli, gondoskodik azok biztonságáról, technikai és szervezési intézkedéseket tesz, valamint az adatvédelem elveinek maradéktalan betartása érdekében eljárási szabályokat alakít ki.</w:t>
      </w:r>
    </w:p>
    <w:p w14:paraId="41626ACA" w14:textId="77777777" w:rsidR="004D44C7" w:rsidRPr="00F7027C" w:rsidRDefault="004D44C7" w:rsidP="005E7414">
      <w:pPr>
        <w:pStyle w:val="Felsorols"/>
        <w:numPr>
          <w:ilvl w:val="0"/>
          <w:numId w:val="0"/>
        </w:numPr>
        <w:spacing w:line="240" w:lineRule="auto"/>
        <w:ind w:left="360" w:hanging="360"/>
        <w:jc w:val="both"/>
        <w:rPr>
          <w:rFonts w:ascii="Times New Roman" w:hAnsi="Times New Roman" w:cs="Times New Roman"/>
          <w:color w:val="0C2237"/>
          <w:sz w:val="24"/>
          <w:szCs w:val="24"/>
          <w:lang w:val="hu-HU"/>
        </w:rPr>
      </w:pPr>
      <w:r w:rsidRPr="00F7027C">
        <w:rPr>
          <w:rFonts w:ascii="Times New Roman" w:hAnsi="Times New Roman" w:cs="Times New Roman"/>
          <w:color w:val="0C2237"/>
          <w:sz w:val="24"/>
          <w:szCs w:val="24"/>
          <w:shd w:val="clear" w:color="auto" w:fill="FFFFFF"/>
          <w:lang w:val="hu-HU"/>
        </w:rPr>
        <w:t>f.</w:t>
      </w:r>
      <w:r w:rsidR="00025597" w:rsidRPr="00F7027C">
        <w:rPr>
          <w:rFonts w:ascii="Times New Roman" w:hAnsi="Times New Roman" w:cs="Times New Roman"/>
          <w:color w:val="0C2237"/>
          <w:sz w:val="24"/>
          <w:szCs w:val="24"/>
          <w:shd w:val="clear" w:color="auto" w:fill="FFFFFF"/>
          <w:lang w:val="hu-HU"/>
        </w:rPr>
        <w:t xml:space="preserve"> a tőle elvárható módon mindent megtesz az általa kezelt személyes adatoknak a jogosulatlan hozzáférés, megváltoztatás, nyilvánosságra hozatal, törlés, sérülés, megsemmisülés elleni védelem biztosítása, az ehhez szükséges technikai feltételek biztosítása érdekében.</w:t>
      </w:r>
    </w:p>
    <w:p w14:paraId="7C53228E" w14:textId="77777777" w:rsidR="004D44C7" w:rsidRPr="00F7027C" w:rsidRDefault="004D44C7" w:rsidP="005E7414">
      <w:pPr>
        <w:pStyle w:val="Felsorols"/>
        <w:numPr>
          <w:ilvl w:val="0"/>
          <w:numId w:val="0"/>
        </w:numPr>
        <w:spacing w:line="240" w:lineRule="auto"/>
        <w:ind w:left="360" w:hanging="360"/>
        <w:jc w:val="both"/>
        <w:rPr>
          <w:rFonts w:ascii="Times New Roman" w:hAnsi="Times New Roman" w:cs="Times New Roman"/>
          <w:color w:val="0C2237"/>
          <w:sz w:val="24"/>
          <w:szCs w:val="24"/>
          <w:lang w:val="hu-HU"/>
        </w:rPr>
      </w:pPr>
      <w:r w:rsidRPr="00F7027C">
        <w:rPr>
          <w:rFonts w:ascii="Times New Roman" w:hAnsi="Times New Roman" w:cs="Times New Roman"/>
          <w:color w:val="0C2237"/>
          <w:sz w:val="24"/>
          <w:szCs w:val="24"/>
          <w:shd w:val="clear" w:color="auto" w:fill="FFFFFF"/>
          <w:lang w:val="hu-HU"/>
        </w:rPr>
        <w:t>g</w:t>
      </w:r>
      <w:r w:rsidR="00025597" w:rsidRPr="00F7027C">
        <w:rPr>
          <w:rFonts w:ascii="Times New Roman" w:hAnsi="Times New Roman" w:cs="Times New Roman"/>
          <w:color w:val="0C2237"/>
          <w:sz w:val="24"/>
          <w:szCs w:val="24"/>
          <w:shd w:val="clear" w:color="auto" w:fill="FFFFFF"/>
          <w:lang w:val="hu-HU"/>
        </w:rPr>
        <w:t>. a neki megadott személyes adatokat nem ellenőrzi, azok helytállóságáért felelősségét kizárja.</w:t>
      </w:r>
    </w:p>
    <w:p w14:paraId="6714CDB3" w14:textId="77777777" w:rsidR="004D44C7" w:rsidRPr="00F7027C" w:rsidRDefault="004D44C7" w:rsidP="005E7414">
      <w:pPr>
        <w:pStyle w:val="Felsorols"/>
        <w:numPr>
          <w:ilvl w:val="0"/>
          <w:numId w:val="0"/>
        </w:numPr>
        <w:spacing w:line="240" w:lineRule="auto"/>
        <w:ind w:left="360" w:hanging="360"/>
        <w:jc w:val="both"/>
        <w:rPr>
          <w:rFonts w:ascii="Times New Roman" w:hAnsi="Times New Roman" w:cs="Times New Roman"/>
          <w:color w:val="0C2237"/>
          <w:sz w:val="24"/>
          <w:szCs w:val="24"/>
          <w:lang w:val="hu-HU"/>
        </w:rPr>
      </w:pPr>
      <w:r w:rsidRPr="00F7027C">
        <w:rPr>
          <w:rFonts w:ascii="Times New Roman" w:hAnsi="Times New Roman" w:cs="Times New Roman"/>
          <w:color w:val="0C2237"/>
          <w:sz w:val="24"/>
          <w:szCs w:val="24"/>
          <w:shd w:val="clear" w:color="auto" w:fill="FFFFFF"/>
          <w:lang w:val="hu-HU"/>
        </w:rPr>
        <w:t>h</w:t>
      </w:r>
      <w:r w:rsidR="00025597" w:rsidRPr="00F7027C">
        <w:rPr>
          <w:rFonts w:ascii="Times New Roman" w:hAnsi="Times New Roman" w:cs="Times New Roman"/>
          <w:color w:val="0C2237"/>
          <w:sz w:val="24"/>
          <w:szCs w:val="24"/>
          <w:shd w:val="clear" w:color="auto" w:fill="FFFFFF"/>
          <w:lang w:val="hu-HU"/>
        </w:rPr>
        <w:t>. a személyes adatokat harmadik személy részére csak kivételesen és abban az esetben továbbítja, valamint az általa kezelt adatbázist más adatkezelővel csak abban az esetben kapcsolja össze, ha az érintett ahhoz kifejezetten hozzájárul, vagy törvény azt megengedi, és ha az adatkezelés feltételei minden egyes személyes adatra nézve teljesülnek.</w:t>
      </w:r>
    </w:p>
    <w:p w14:paraId="06627FDE" w14:textId="77777777" w:rsidR="004D44C7" w:rsidRPr="00F7027C" w:rsidRDefault="004D44C7" w:rsidP="005E7414">
      <w:pPr>
        <w:pStyle w:val="Felsorols"/>
        <w:numPr>
          <w:ilvl w:val="0"/>
          <w:numId w:val="0"/>
        </w:numPr>
        <w:spacing w:line="240" w:lineRule="auto"/>
        <w:ind w:left="360" w:hanging="360"/>
        <w:jc w:val="both"/>
        <w:rPr>
          <w:rFonts w:ascii="Times New Roman" w:hAnsi="Times New Roman" w:cs="Times New Roman"/>
          <w:color w:val="0C2237"/>
          <w:sz w:val="24"/>
          <w:szCs w:val="24"/>
          <w:lang w:val="hu-HU"/>
        </w:rPr>
      </w:pPr>
      <w:r w:rsidRPr="00F7027C">
        <w:rPr>
          <w:rFonts w:ascii="Times New Roman" w:hAnsi="Times New Roman" w:cs="Times New Roman"/>
          <w:color w:val="0C2237"/>
          <w:sz w:val="24"/>
          <w:szCs w:val="24"/>
          <w:shd w:val="clear" w:color="auto" w:fill="FFFFFF"/>
          <w:lang w:val="hu-HU"/>
        </w:rPr>
        <w:t>i</w:t>
      </w:r>
      <w:r w:rsidR="00025597" w:rsidRPr="00F7027C">
        <w:rPr>
          <w:rFonts w:ascii="Times New Roman" w:hAnsi="Times New Roman" w:cs="Times New Roman"/>
          <w:color w:val="0C2237"/>
          <w:sz w:val="24"/>
          <w:szCs w:val="24"/>
          <w:shd w:val="clear" w:color="auto" w:fill="FFFFFF"/>
          <w:lang w:val="hu-HU"/>
        </w:rPr>
        <w:t>. kizárólag Magyarországon végez tevékenységet, multinacionális hotellánchoz nem tartozik, ezért kötelező szervezeti szabályozást bevezetnie és működtetnie nem szükséges.</w:t>
      </w:r>
    </w:p>
    <w:p w14:paraId="5D617021" w14:textId="3A93A792" w:rsidR="005E5D1F" w:rsidRPr="00F7027C" w:rsidRDefault="004D44C7" w:rsidP="005E7414">
      <w:pPr>
        <w:pStyle w:val="Felsorols"/>
        <w:numPr>
          <w:ilvl w:val="0"/>
          <w:numId w:val="0"/>
        </w:numPr>
        <w:spacing w:line="240" w:lineRule="auto"/>
        <w:ind w:left="360" w:hanging="360"/>
        <w:jc w:val="both"/>
        <w:rPr>
          <w:rFonts w:ascii="Times New Roman" w:hAnsi="Times New Roman" w:cs="Times New Roman"/>
          <w:color w:val="0C2237"/>
          <w:sz w:val="24"/>
          <w:szCs w:val="24"/>
          <w:shd w:val="clear" w:color="auto" w:fill="FFFFFF"/>
          <w:lang w:val="hu-HU"/>
        </w:rPr>
      </w:pPr>
      <w:r w:rsidRPr="00F7027C">
        <w:rPr>
          <w:rFonts w:ascii="Times New Roman" w:hAnsi="Times New Roman" w:cs="Times New Roman"/>
          <w:color w:val="0C2237"/>
          <w:sz w:val="24"/>
          <w:szCs w:val="24"/>
          <w:shd w:val="clear" w:color="auto" w:fill="FFFFFF"/>
          <w:lang w:val="hu-HU"/>
        </w:rPr>
        <w:t>j</w:t>
      </w:r>
      <w:r w:rsidR="00025597" w:rsidRPr="00F7027C">
        <w:rPr>
          <w:rFonts w:ascii="Times New Roman" w:hAnsi="Times New Roman" w:cs="Times New Roman"/>
          <w:color w:val="0C2237"/>
          <w:sz w:val="24"/>
          <w:szCs w:val="24"/>
          <w:shd w:val="clear" w:color="auto" w:fill="FFFFFF"/>
          <w:lang w:val="hu-HU"/>
        </w:rPr>
        <w:t>. személyes adatot harmadik országban lévő adatkezelő vagy adatfeldolgozó részére nem továbbít.</w:t>
      </w:r>
    </w:p>
    <w:p w14:paraId="508323BF" w14:textId="77777777" w:rsidR="00025597" w:rsidRPr="00F7027C" w:rsidRDefault="00025597" w:rsidP="005E7414">
      <w:pPr>
        <w:pStyle w:val="Felsorols"/>
        <w:numPr>
          <w:ilvl w:val="0"/>
          <w:numId w:val="0"/>
        </w:numPr>
        <w:spacing w:line="240" w:lineRule="auto"/>
        <w:ind w:left="360" w:hanging="360"/>
        <w:jc w:val="both"/>
        <w:rPr>
          <w:rFonts w:ascii="Times New Roman" w:hAnsi="Times New Roman" w:cs="Times New Roman"/>
          <w:b/>
          <w:bCs/>
          <w:sz w:val="24"/>
          <w:szCs w:val="24"/>
          <w:lang w:val="hu-HU"/>
        </w:rPr>
      </w:pPr>
    </w:p>
    <w:p w14:paraId="041CBAE1" w14:textId="4BB0B25F" w:rsidR="00AB6E24" w:rsidRPr="00F7027C" w:rsidRDefault="00AB6E24" w:rsidP="005E7414">
      <w:pPr>
        <w:pStyle w:val="Felsorols"/>
        <w:numPr>
          <w:ilvl w:val="0"/>
          <w:numId w:val="61"/>
        </w:numPr>
        <w:spacing w:line="240" w:lineRule="auto"/>
        <w:jc w:val="both"/>
        <w:rPr>
          <w:rFonts w:ascii="Times New Roman" w:hAnsi="Times New Roman" w:cs="Times New Roman"/>
          <w:b/>
          <w:bCs/>
          <w:sz w:val="24"/>
          <w:szCs w:val="24"/>
          <w:lang w:val="hu-HU"/>
        </w:rPr>
      </w:pPr>
      <w:r w:rsidRPr="00F7027C">
        <w:rPr>
          <w:rFonts w:ascii="Times New Roman" w:hAnsi="Times New Roman" w:cs="Times New Roman"/>
          <w:b/>
          <w:bCs/>
          <w:sz w:val="24"/>
          <w:szCs w:val="24"/>
          <w:lang w:val="hu-HU"/>
        </w:rPr>
        <w:t xml:space="preserve">Adatkezelések </w:t>
      </w:r>
    </w:p>
    <w:p w14:paraId="41198CAB" w14:textId="2329B306" w:rsidR="002555F8" w:rsidRPr="00F7027C" w:rsidRDefault="002555F8" w:rsidP="005E7414">
      <w:pPr>
        <w:pStyle w:val="Listaszerbekezds"/>
        <w:numPr>
          <w:ilvl w:val="1"/>
          <w:numId w:val="58"/>
        </w:numPr>
        <w:spacing w:before="100" w:beforeAutospacing="1" w:after="100" w:afterAutospacing="1" w:line="240" w:lineRule="auto"/>
        <w:outlineLvl w:val="1"/>
        <w:rPr>
          <w:rFonts w:ascii="Times New Roman" w:hAnsi="Times New Roman" w:cs="Times New Roman"/>
          <w:b/>
          <w:bCs/>
          <w:sz w:val="24"/>
          <w:szCs w:val="24"/>
          <w:shd w:val="clear" w:color="auto" w:fill="FFFFFF"/>
          <w:lang w:val="hu-HU"/>
        </w:rPr>
      </w:pPr>
      <w:r w:rsidRPr="00F7027C">
        <w:rPr>
          <w:rFonts w:ascii="Times New Roman" w:hAnsi="Times New Roman" w:cs="Times New Roman"/>
          <w:b/>
          <w:bCs/>
          <w:sz w:val="24"/>
          <w:szCs w:val="24"/>
          <w:shd w:val="clear" w:color="auto" w:fill="FFFFFF"/>
          <w:lang w:val="hu-HU"/>
        </w:rPr>
        <w:t>Adatvédelem – Foglalási ajánlatkérés</w:t>
      </w:r>
    </w:p>
    <w:p w14:paraId="0C365823" w14:textId="6C2E224F" w:rsidR="002555F8" w:rsidRPr="00F7027C" w:rsidRDefault="002555F8" w:rsidP="005E7414">
      <w:pPr>
        <w:pStyle w:val="Listaszerbekezds"/>
        <w:numPr>
          <w:ilvl w:val="1"/>
          <w:numId w:val="63"/>
        </w:num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Az adatkezelés célja</w:t>
      </w:r>
    </w:p>
    <w:p w14:paraId="1BDFEC4B" w14:textId="77777777"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A Vendégház a foglalási ajánlatkérés során megadott személyes adatokat kizárólag a kért időszakra vonatkozó szálláslehetőség és árkalkuláció megküldése, valamint az </w:t>
      </w:r>
      <w:r w:rsidRPr="00F7027C">
        <w:rPr>
          <w:rFonts w:ascii="Times New Roman" w:hAnsi="Times New Roman" w:cs="Times New Roman"/>
          <w:sz w:val="24"/>
          <w:szCs w:val="24"/>
          <w:shd w:val="clear" w:color="auto" w:fill="FFFFFF"/>
          <w:lang w:val="hu-HU"/>
        </w:rPr>
        <w:lastRenderedPageBreak/>
        <w:t>ajánlatkérésre történő kapcsolatfelvétel céljából kezeli. Az adatkezelés nem irányul marketingtevékenységre, amíg az érintett ehhez külön hozzájárulást nem ad.</w:t>
      </w:r>
    </w:p>
    <w:p w14:paraId="0A0A7313" w14:textId="4DED516E" w:rsidR="004D44C7" w:rsidRPr="00F7027C" w:rsidRDefault="002555F8" w:rsidP="005E7414">
      <w:pPr>
        <w:pStyle w:val="Listaszerbekezds"/>
        <w:numPr>
          <w:ilvl w:val="1"/>
          <w:numId w:val="63"/>
        </w:numPr>
        <w:spacing w:before="100" w:beforeAutospacing="1" w:after="100" w:afterAutospacing="1" w:line="240" w:lineRule="auto"/>
        <w:ind w:left="851" w:hanging="567"/>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Kezelt személyes adatok köre</w:t>
      </w:r>
    </w:p>
    <w:p w14:paraId="7878A7D9" w14:textId="5A6FB1F2" w:rsidR="002555F8" w:rsidRPr="00F7027C" w:rsidRDefault="002555F8" w:rsidP="005E7414">
      <w:p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foglalási ajánlatkérés során az alábbi adatokat kezeljük:</w:t>
      </w:r>
    </w:p>
    <w:p w14:paraId="47CC2F49" w14:textId="77777777" w:rsidR="002555F8" w:rsidRPr="00F7027C" w:rsidRDefault="002555F8" w:rsidP="005E7414">
      <w:pPr>
        <w:numPr>
          <w:ilvl w:val="0"/>
          <w:numId w:val="18"/>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Név</w:t>
      </w:r>
    </w:p>
    <w:p w14:paraId="7F3EDC4E" w14:textId="77777777" w:rsidR="002555F8" w:rsidRPr="00F7027C" w:rsidRDefault="002555F8" w:rsidP="005E7414">
      <w:pPr>
        <w:numPr>
          <w:ilvl w:val="0"/>
          <w:numId w:val="18"/>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E-mail cím</w:t>
      </w:r>
    </w:p>
    <w:p w14:paraId="2996A5E8" w14:textId="77777777" w:rsidR="002555F8" w:rsidRPr="00F7027C" w:rsidRDefault="002555F8" w:rsidP="005E7414">
      <w:pPr>
        <w:numPr>
          <w:ilvl w:val="0"/>
          <w:numId w:val="18"/>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Telefonszám (opcionális, de ajánlott gyorsabb egyeztetés érdekében)</w:t>
      </w:r>
    </w:p>
    <w:p w14:paraId="13677BA4" w14:textId="77777777" w:rsidR="002555F8" w:rsidRPr="00F7027C" w:rsidRDefault="002555F8" w:rsidP="005E7414">
      <w:pPr>
        <w:numPr>
          <w:ilvl w:val="0"/>
          <w:numId w:val="18"/>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Érkezés és távozás tervezett dátuma</w:t>
      </w:r>
    </w:p>
    <w:p w14:paraId="03FF0B90" w14:textId="77777777" w:rsidR="002555F8" w:rsidRPr="00F7027C" w:rsidRDefault="002555F8" w:rsidP="005E7414">
      <w:pPr>
        <w:numPr>
          <w:ilvl w:val="0"/>
          <w:numId w:val="18"/>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Vendégek száma (felnőtt/gyermek bontásban)</w:t>
      </w:r>
    </w:p>
    <w:p w14:paraId="300ECA7D" w14:textId="03E43A97" w:rsidR="002555F8" w:rsidRPr="00F7027C" w:rsidRDefault="002555F8" w:rsidP="005E7414">
      <w:pPr>
        <w:numPr>
          <w:ilvl w:val="0"/>
          <w:numId w:val="18"/>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Egyéb, az üzenetben önként megadott információk (pl. étkezési igények, különleges kérések)</w:t>
      </w:r>
    </w:p>
    <w:p w14:paraId="427AE411" w14:textId="00ADBE37" w:rsidR="002555F8" w:rsidRPr="00F7027C" w:rsidRDefault="002555F8" w:rsidP="005E7414">
      <w:pPr>
        <w:pStyle w:val="Listaszerbekezds"/>
        <w:numPr>
          <w:ilvl w:val="1"/>
          <w:numId w:val="63"/>
        </w:num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Az adatkezelés jogalapja</w:t>
      </w:r>
    </w:p>
    <w:p w14:paraId="466AF019" w14:textId="6FA1A493" w:rsidR="004F6C70"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adatkezelés jogalapja a GDPR 6. cikk (1) bekezdés b) pontja – szerződés megkötését megelőző lépések megtétele az érintett kérésére.</w:t>
      </w:r>
      <w:r w:rsidRPr="00F7027C">
        <w:rPr>
          <w:rFonts w:ascii="Times New Roman" w:hAnsi="Times New Roman" w:cs="Times New Roman"/>
          <w:sz w:val="24"/>
          <w:szCs w:val="24"/>
          <w:shd w:val="clear" w:color="auto" w:fill="FFFFFF"/>
          <w:lang w:val="hu-HU"/>
        </w:rPr>
        <w:br/>
        <w:t>Önkéntesen megadott adatok esetében a jogalap a GDPR 6. cikk (1) bekezdés a) pontja – az érintett hozzájárulása.</w:t>
      </w:r>
    </w:p>
    <w:p w14:paraId="43410A1D" w14:textId="007F1367" w:rsidR="002555F8" w:rsidRPr="00F7027C" w:rsidRDefault="002555F8" w:rsidP="005E7414">
      <w:pPr>
        <w:pStyle w:val="Listaszerbekezds"/>
        <w:numPr>
          <w:ilvl w:val="1"/>
          <w:numId w:val="63"/>
        </w:numPr>
        <w:spacing w:before="100" w:beforeAutospacing="1" w:after="100" w:afterAutospacing="1" w:line="240" w:lineRule="auto"/>
        <w:ind w:left="851" w:hanging="567"/>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Adatkezelés időtartama</w:t>
      </w:r>
    </w:p>
    <w:p w14:paraId="312DDC05" w14:textId="77777777"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foglalási ajánlatkérés során megadott adatokat a kommunikáció lezárását követő 90 napig tároljuk. Amennyiben a foglalás nem jön létre, az adatok ezt követően törlésre kerülnek.</w:t>
      </w:r>
      <w:r w:rsidRPr="00F7027C">
        <w:rPr>
          <w:rFonts w:ascii="Times New Roman" w:hAnsi="Times New Roman" w:cs="Times New Roman"/>
          <w:sz w:val="24"/>
          <w:szCs w:val="24"/>
          <w:shd w:val="clear" w:color="auto" w:fill="FFFFFF"/>
          <w:lang w:val="hu-HU"/>
        </w:rPr>
        <w:br/>
        <w:t>Ha a foglalás megvalósul, az adatok kezelésére a szálláshely-szolgáltatáshoz kapcsolódó jogi kötelezettségek (számlázás, vendégnyilvántartás) miatt külön szabályok vonatkoznak.</w:t>
      </w:r>
    </w:p>
    <w:p w14:paraId="5432C2B6" w14:textId="77777777" w:rsidR="004D44C7" w:rsidRPr="00F7027C" w:rsidRDefault="002555F8" w:rsidP="005E7414">
      <w:pPr>
        <w:pStyle w:val="Listaszerbekezds"/>
        <w:numPr>
          <w:ilvl w:val="1"/>
          <w:numId w:val="63"/>
        </w:numPr>
        <w:spacing w:before="100" w:beforeAutospacing="1" w:after="100" w:afterAutospacing="1" w:line="240" w:lineRule="auto"/>
        <w:ind w:left="851" w:hanging="567"/>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Adatok továbbítása, hozzáférés</w:t>
      </w:r>
    </w:p>
    <w:p w14:paraId="3BF4EAFA" w14:textId="4D9053BF" w:rsidR="000327F4" w:rsidRPr="00F7027C" w:rsidRDefault="002555F8" w:rsidP="005E7414">
      <w:pPr>
        <w:spacing w:before="100" w:beforeAutospacing="1" w:after="100" w:afterAutospacing="1" w:line="240" w:lineRule="auto"/>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sz w:val="24"/>
          <w:szCs w:val="24"/>
          <w:shd w:val="clear" w:color="auto" w:fill="FFFFFF"/>
          <w:lang w:val="hu-HU"/>
        </w:rPr>
        <w:t>A megadott személyes adatokhoz kizárólag a Vendégház üzemeltetője és a foglalások kezelésével megbízott munkatársai férhetnek hozzá.</w:t>
      </w:r>
      <w:r w:rsidRPr="00F7027C">
        <w:rPr>
          <w:rFonts w:ascii="Times New Roman" w:hAnsi="Times New Roman" w:cs="Times New Roman"/>
          <w:sz w:val="24"/>
          <w:szCs w:val="24"/>
          <w:shd w:val="clear" w:color="auto" w:fill="FFFFFF"/>
          <w:lang w:val="hu-HU"/>
        </w:rPr>
        <w:br/>
        <w:t>Az adatokat harmadik félnek – kivéve jogszabályban meghatározott kötelező adattovábbítást – nem adjuk át.</w:t>
      </w:r>
    </w:p>
    <w:p w14:paraId="0BDB78C2" w14:textId="7DB45794" w:rsidR="006F6777" w:rsidRPr="00F7027C" w:rsidRDefault="002555F8" w:rsidP="005E7414">
      <w:pPr>
        <w:pStyle w:val="Listaszerbekezds"/>
        <w:numPr>
          <w:ilvl w:val="1"/>
          <w:numId w:val="63"/>
        </w:numPr>
        <w:spacing w:before="100" w:beforeAutospacing="1" w:after="100" w:afterAutospacing="1" w:line="240" w:lineRule="auto"/>
        <w:ind w:left="851" w:hanging="425"/>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Adatbiztonság</w:t>
      </w:r>
    </w:p>
    <w:p w14:paraId="0C495D1A" w14:textId="2A86AE5A"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Vendégház az adatok bizalmas kezelését és megfelelő védelmét garantálja. Az elektronikus adatkezelés során jelszóval védett, titkosított kommunikációt (pl. SSL/TLS) és hozzáférés-szabályozást alkalmazunk, papíralapú dokumentumokat zárt helyen tárolunk.</w:t>
      </w:r>
    </w:p>
    <w:p w14:paraId="6563C1F2" w14:textId="3F144997" w:rsidR="006F6777" w:rsidRPr="00F7027C" w:rsidRDefault="002555F8" w:rsidP="005E7414">
      <w:pPr>
        <w:pStyle w:val="Listaszerbekezds"/>
        <w:numPr>
          <w:ilvl w:val="1"/>
          <w:numId w:val="63"/>
        </w:numPr>
        <w:spacing w:before="100" w:beforeAutospacing="1" w:after="100" w:afterAutospacing="1" w:line="240" w:lineRule="auto"/>
        <w:ind w:left="851" w:hanging="567"/>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lastRenderedPageBreak/>
        <w:t>Az érintettek jogai</w:t>
      </w:r>
    </w:p>
    <w:p w14:paraId="75855628" w14:textId="17925F6E" w:rsidR="002555F8" w:rsidRPr="00F7027C" w:rsidRDefault="002555F8" w:rsidP="005E7414">
      <w:p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Ön jogosult:</w:t>
      </w:r>
    </w:p>
    <w:p w14:paraId="174720B7" w14:textId="77777777" w:rsidR="002555F8" w:rsidRPr="00F7027C" w:rsidRDefault="002555F8" w:rsidP="005E7414">
      <w:pPr>
        <w:numPr>
          <w:ilvl w:val="0"/>
          <w:numId w:val="19"/>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tájékoztatást kérni az Önről kezelt adatokról,</w:t>
      </w:r>
    </w:p>
    <w:p w14:paraId="1EBEBA6A" w14:textId="77777777" w:rsidR="002555F8" w:rsidRPr="00F7027C" w:rsidRDefault="002555F8" w:rsidP="005E7414">
      <w:pPr>
        <w:numPr>
          <w:ilvl w:val="0"/>
          <w:numId w:val="19"/>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az adatok helyesbítését vagy törlését,</w:t>
      </w:r>
    </w:p>
    <w:p w14:paraId="16023540" w14:textId="77777777" w:rsidR="002555F8" w:rsidRPr="00F7027C" w:rsidRDefault="002555F8" w:rsidP="005E7414">
      <w:pPr>
        <w:numPr>
          <w:ilvl w:val="0"/>
          <w:numId w:val="19"/>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korlátozni az adatkezelést,</w:t>
      </w:r>
    </w:p>
    <w:p w14:paraId="6DC18953" w14:textId="77777777" w:rsidR="002555F8" w:rsidRPr="00F7027C" w:rsidRDefault="002555F8" w:rsidP="005E7414">
      <w:pPr>
        <w:numPr>
          <w:ilvl w:val="0"/>
          <w:numId w:val="19"/>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tiltakozni az adatkezelés ellen,</w:t>
      </w:r>
    </w:p>
    <w:p w14:paraId="34BE3462" w14:textId="77777777" w:rsidR="002555F8" w:rsidRPr="00F7027C" w:rsidRDefault="002555F8" w:rsidP="005E7414">
      <w:pPr>
        <w:numPr>
          <w:ilvl w:val="0"/>
          <w:numId w:val="19"/>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adathordozhatóságot kérni, ha az technikailag megvalósítható.</w:t>
      </w:r>
    </w:p>
    <w:p w14:paraId="12864F05" w14:textId="562CC89F" w:rsidR="002555F8" w:rsidRPr="00F7027C" w:rsidRDefault="002555F8" w:rsidP="005E7414">
      <w:pPr>
        <w:spacing w:before="100" w:beforeAutospacing="1" w:after="100" w:afterAutospacing="1" w:line="240" w:lineRule="auto"/>
        <w:outlineLvl w:val="1"/>
        <w:rPr>
          <w:rFonts w:ascii="Times New Roman" w:hAnsi="Times New Roman" w:cs="Times New Roman"/>
          <w:b/>
          <w:bCs/>
          <w:sz w:val="24"/>
          <w:szCs w:val="24"/>
          <w:shd w:val="clear" w:color="auto" w:fill="FFFFFF"/>
          <w:lang w:val="hu-HU"/>
        </w:rPr>
      </w:pPr>
      <w:r w:rsidRPr="00F7027C">
        <w:rPr>
          <w:rFonts w:ascii="Times New Roman" w:hAnsi="Times New Roman" w:cs="Times New Roman"/>
          <w:b/>
          <w:bCs/>
          <w:sz w:val="24"/>
          <w:szCs w:val="24"/>
          <w:shd w:val="clear" w:color="auto" w:fill="FFFFFF"/>
          <w:lang w:val="hu-HU"/>
        </w:rPr>
        <w:t>2. Adatvédelem – Foglalás</w:t>
      </w:r>
    </w:p>
    <w:p w14:paraId="2AF9C705" w14:textId="77777777" w:rsidR="006F6777" w:rsidRPr="00F7027C" w:rsidRDefault="002555F8" w:rsidP="005E7414">
      <w:pPr>
        <w:spacing w:before="100" w:beforeAutospacing="1" w:after="100" w:afterAutospacing="1" w:line="240" w:lineRule="auto"/>
        <w:ind w:left="851" w:hanging="567"/>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2.1. Az adatkezelés célja</w:t>
      </w:r>
    </w:p>
    <w:p w14:paraId="459233B4" w14:textId="25EDB306"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Vendégház a foglalás során megadott személyes adatokat a szálláshely-szolgáltatási szerződés létrehozása, teljesítése és adminisztrációja érdekében kezeli.</w:t>
      </w:r>
      <w:r w:rsidRPr="00F7027C">
        <w:rPr>
          <w:rFonts w:ascii="Times New Roman" w:hAnsi="Times New Roman" w:cs="Times New Roman"/>
          <w:sz w:val="24"/>
          <w:szCs w:val="24"/>
          <w:shd w:val="clear" w:color="auto" w:fill="FFFFFF"/>
          <w:lang w:val="hu-HU"/>
        </w:rPr>
        <w:br/>
        <w:t>Ide tartozik:</w:t>
      </w:r>
    </w:p>
    <w:p w14:paraId="14D665C6" w14:textId="77777777" w:rsidR="002555F8" w:rsidRPr="00F7027C" w:rsidRDefault="002555F8" w:rsidP="005E7414">
      <w:pPr>
        <w:numPr>
          <w:ilvl w:val="0"/>
          <w:numId w:val="2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foglalás rögzítése és visszaigazolása,</w:t>
      </w:r>
    </w:p>
    <w:p w14:paraId="000B0732" w14:textId="77777777" w:rsidR="002555F8" w:rsidRPr="00F7027C" w:rsidRDefault="002555F8" w:rsidP="005E7414">
      <w:pPr>
        <w:numPr>
          <w:ilvl w:val="0"/>
          <w:numId w:val="2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jogszabályban előírt vendégnyilvántartás teljesítése,</w:t>
      </w:r>
    </w:p>
    <w:p w14:paraId="421FA75C" w14:textId="77777777" w:rsidR="002555F8" w:rsidRPr="00F7027C" w:rsidRDefault="002555F8" w:rsidP="005E7414">
      <w:pPr>
        <w:numPr>
          <w:ilvl w:val="0"/>
          <w:numId w:val="2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kapcsolattartás a vendéggel,</w:t>
      </w:r>
    </w:p>
    <w:p w14:paraId="536455FB" w14:textId="77777777" w:rsidR="002555F8" w:rsidRPr="00F7027C" w:rsidRDefault="002555F8" w:rsidP="005E7414">
      <w:pPr>
        <w:numPr>
          <w:ilvl w:val="0"/>
          <w:numId w:val="2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számlázás és fizetés lebonyolítása.</w:t>
      </w:r>
    </w:p>
    <w:p w14:paraId="4B435254" w14:textId="76C3D970" w:rsidR="002555F8" w:rsidRPr="00F7027C" w:rsidRDefault="002555F8" w:rsidP="005E7414">
      <w:pPr>
        <w:spacing w:before="100" w:beforeAutospacing="1" w:after="100" w:afterAutospacing="1" w:line="240" w:lineRule="auto"/>
        <w:ind w:left="851" w:hanging="567"/>
        <w:rPr>
          <w:rFonts w:ascii="Times New Roman" w:hAnsi="Times New Roman" w:cs="Times New Roman"/>
          <w:i/>
          <w:iCs/>
          <w:sz w:val="24"/>
          <w:szCs w:val="24"/>
          <w:shd w:val="clear" w:color="auto" w:fill="FFFFFF"/>
          <w:lang w:val="hu-HU"/>
        </w:rPr>
      </w:pPr>
      <w:proofErr w:type="gramStart"/>
      <w:r w:rsidRPr="00F7027C">
        <w:rPr>
          <w:rFonts w:ascii="Times New Roman" w:hAnsi="Times New Roman" w:cs="Times New Roman"/>
          <w:i/>
          <w:iCs/>
          <w:sz w:val="24"/>
          <w:szCs w:val="24"/>
          <w:shd w:val="clear" w:color="auto" w:fill="FFFFFF"/>
          <w:lang w:val="hu-HU"/>
        </w:rPr>
        <w:t xml:space="preserve">2.2. </w:t>
      </w:r>
      <w:r w:rsidR="006F6777" w:rsidRPr="00F7027C">
        <w:rPr>
          <w:rFonts w:ascii="Times New Roman" w:hAnsi="Times New Roman" w:cs="Times New Roman"/>
          <w:i/>
          <w:iCs/>
          <w:sz w:val="24"/>
          <w:szCs w:val="24"/>
          <w:shd w:val="clear" w:color="auto" w:fill="FFFFFF"/>
          <w:lang w:val="hu-HU"/>
        </w:rPr>
        <w:t xml:space="preserve"> </w:t>
      </w:r>
      <w:r w:rsidRPr="00F7027C">
        <w:rPr>
          <w:rFonts w:ascii="Times New Roman" w:hAnsi="Times New Roman" w:cs="Times New Roman"/>
          <w:i/>
          <w:iCs/>
          <w:sz w:val="24"/>
          <w:szCs w:val="24"/>
          <w:shd w:val="clear" w:color="auto" w:fill="FFFFFF"/>
          <w:lang w:val="hu-HU"/>
        </w:rPr>
        <w:t>Kezelt</w:t>
      </w:r>
      <w:proofErr w:type="gramEnd"/>
      <w:r w:rsidRPr="00F7027C">
        <w:rPr>
          <w:rFonts w:ascii="Times New Roman" w:hAnsi="Times New Roman" w:cs="Times New Roman"/>
          <w:i/>
          <w:iCs/>
          <w:sz w:val="24"/>
          <w:szCs w:val="24"/>
          <w:shd w:val="clear" w:color="auto" w:fill="FFFFFF"/>
          <w:lang w:val="hu-HU"/>
        </w:rPr>
        <w:t xml:space="preserve"> személyes adatok köre</w:t>
      </w:r>
    </w:p>
    <w:p w14:paraId="1DD07380" w14:textId="36F798D5" w:rsidR="00A63E22" w:rsidRPr="00F7027C" w:rsidRDefault="00D30C2C"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Teljes név</w:t>
      </w:r>
    </w:p>
    <w:p w14:paraId="70BA39AD" w14:textId="2733837B" w:rsidR="002555F8" w:rsidRPr="00F7027C" w:rsidRDefault="00A63E22"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Vendég neme</w:t>
      </w:r>
    </w:p>
    <w:p w14:paraId="60BA952E" w14:textId="77777777" w:rsidR="00A63E22" w:rsidRPr="00F7027C" w:rsidRDefault="002555F8"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Születési </w:t>
      </w:r>
      <w:r w:rsidR="00A63E22" w:rsidRPr="00F7027C">
        <w:rPr>
          <w:rFonts w:ascii="Times New Roman" w:hAnsi="Times New Roman" w:cs="Times New Roman"/>
          <w:sz w:val="24"/>
          <w:szCs w:val="24"/>
          <w:shd w:val="clear" w:color="auto" w:fill="FFFFFF"/>
          <w:lang w:val="hu-HU"/>
        </w:rPr>
        <w:t>idő</w:t>
      </w:r>
    </w:p>
    <w:p w14:paraId="5E7E64C2" w14:textId="77777777" w:rsidR="00A63E22" w:rsidRPr="00F7027C" w:rsidRDefault="00A63E22"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Születési hely</w:t>
      </w:r>
    </w:p>
    <w:p w14:paraId="3343A7E5" w14:textId="7E47C4B2" w:rsidR="002555F8" w:rsidRPr="00F7027C" w:rsidRDefault="00A63E22"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Állampolgárság</w:t>
      </w:r>
    </w:p>
    <w:p w14:paraId="458CD462" w14:textId="77777777" w:rsidR="002555F8" w:rsidRPr="00F7027C" w:rsidRDefault="002555F8"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Lakcím</w:t>
      </w:r>
    </w:p>
    <w:p w14:paraId="46BC856C" w14:textId="77777777" w:rsidR="002555F8" w:rsidRPr="00F7027C" w:rsidRDefault="002555F8"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E-mail cím</w:t>
      </w:r>
    </w:p>
    <w:p w14:paraId="4957678F" w14:textId="77777777" w:rsidR="002555F8" w:rsidRPr="00F7027C" w:rsidRDefault="002555F8"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Telefonszám</w:t>
      </w:r>
    </w:p>
    <w:p w14:paraId="392CC54C" w14:textId="77777777" w:rsidR="002555F8" w:rsidRPr="00F7027C" w:rsidRDefault="002555F8"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Foglalás részletei (érkezés, távozás, vendégek száma)</w:t>
      </w:r>
    </w:p>
    <w:p w14:paraId="0599C11D" w14:textId="77777777" w:rsidR="002555F8" w:rsidRPr="00F7027C" w:rsidRDefault="002555F8"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Fizetési adatok (pl. előleg utalásának visszaigazolása)</w:t>
      </w:r>
    </w:p>
    <w:p w14:paraId="5105F43D" w14:textId="34E999B5" w:rsidR="005E5D1F" w:rsidRPr="00F7027C" w:rsidRDefault="002555F8" w:rsidP="005E7414">
      <w:pPr>
        <w:numPr>
          <w:ilvl w:val="0"/>
          <w:numId w:val="23"/>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Számlázási adatok (név, cím, adószám, ha releváns)</w:t>
      </w:r>
    </w:p>
    <w:p w14:paraId="62D9EBA1" w14:textId="1EE1A332" w:rsidR="002555F8" w:rsidRPr="00F7027C" w:rsidRDefault="002555F8" w:rsidP="005E7414">
      <w:pPr>
        <w:spacing w:before="100" w:beforeAutospacing="1" w:after="100" w:afterAutospacing="1" w:line="240" w:lineRule="auto"/>
        <w:ind w:left="851" w:hanging="567"/>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2.3. Az adatkezelés jogalapja</w:t>
      </w:r>
    </w:p>
    <w:p w14:paraId="5D3157D4" w14:textId="77777777" w:rsidR="002555F8" w:rsidRPr="00F7027C" w:rsidRDefault="002555F8" w:rsidP="005E7414">
      <w:pPr>
        <w:numPr>
          <w:ilvl w:val="0"/>
          <w:numId w:val="2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b) – a szerződés teljesítése és a szerződéskötést megelőző lépések megtétele.</w:t>
      </w:r>
    </w:p>
    <w:p w14:paraId="49033FC6" w14:textId="77777777" w:rsidR="002555F8" w:rsidRPr="00F7027C" w:rsidRDefault="002555F8" w:rsidP="005E7414">
      <w:pPr>
        <w:numPr>
          <w:ilvl w:val="0"/>
          <w:numId w:val="2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c) – jogi kötelezettség teljesítése (számviteli törvény, turisztikai adatszolgáltatás – pl. NTAK, VIZA rendszer).</w:t>
      </w:r>
    </w:p>
    <w:p w14:paraId="1CB26E04" w14:textId="39B11207" w:rsidR="002555F8" w:rsidRPr="00F7027C" w:rsidRDefault="002555F8"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lastRenderedPageBreak/>
        <w:t>2.4. Az adatkezelés időtartama</w:t>
      </w:r>
    </w:p>
    <w:p w14:paraId="04335630" w14:textId="77777777" w:rsidR="002555F8" w:rsidRPr="00F7027C" w:rsidRDefault="002555F8" w:rsidP="005E7414">
      <w:pPr>
        <w:numPr>
          <w:ilvl w:val="0"/>
          <w:numId w:val="2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Számlaadatok: a számviteli törvény szerint 8 évig megőrzendők.</w:t>
      </w:r>
    </w:p>
    <w:p w14:paraId="407E34E5" w14:textId="77777777" w:rsidR="002555F8" w:rsidRPr="00F7027C" w:rsidRDefault="002555F8" w:rsidP="005E7414">
      <w:pPr>
        <w:numPr>
          <w:ilvl w:val="0"/>
          <w:numId w:val="2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Vendégnyilvántartás: a jogszabály által előírt ideig (turisztikai adatszolgáltatási kötelezettség teljesítéséig).</w:t>
      </w:r>
    </w:p>
    <w:p w14:paraId="44C01DA4" w14:textId="77777777" w:rsidR="002555F8" w:rsidRPr="00F7027C" w:rsidRDefault="002555F8" w:rsidP="005E7414">
      <w:pPr>
        <w:numPr>
          <w:ilvl w:val="0"/>
          <w:numId w:val="2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Egyéb, szerződés teljesítéséhez szükséges adatok: a szolgáltatás teljesítését követő 5 évig (polgári jogi elévülési idő).</w:t>
      </w:r>
    </w:p>
    <w:p w14:paraId="193DFE5D" w14:textId="72BA1B7D" w:rsidR="002555F8" w:rsidRPr="00F7027C" w:rsidRDefault="002555F8"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2.5. Adatok továbbítása, hozzáférés</w:t>
      </w:r>
    </w:p>
    <w:p w14:paraId="7A53EAD5" w14:textId="77777777" w:rsidR="002555F8" w:rsidRPr="00F7027C" w:rsidRDefault="002555F8" w:rsidP="005E7414">
      <w:pPr>
        <w:numPr>
          <w:ilvl w:val="0"/>
          <w:numId w:val="26"/>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személyes adatokhoz kizárólag a Vendégház üzemeltetője és a foglalások kezelésével megbízott munkatársak férhetnek hozzá.</w:t>
      </w:r>
    </w:p>
    <w:p w14:paraId="0064DE4D" w14:textId="77777777" w:rsidR="002555F8" w:rsidRPr="00F7027C" w:rsidRDefault="002555F8" w:rsidP="005E7414">
      <w:pPr>
        <w:numPr>
          <w:ilvl w:val="0"/>
          <w:numId w:val="26"/>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Kötelező adattovábbítás:</w:t>
      </w:r>
    </w:p>
    <w:p w14:paraId="38B0D942" w14:textId="77777777" w:rsidR="002555F8" w:rsidRPr="00F7027C" w:rsidRDefault="002555F8" w:rsidP="005E7414">
      <w:pPr>
        <w:numPr>
          <w:ilvl w:val="1"/>
          <w:numId w:val="26"/>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NTAK (Nemzeti Turisztikai Adatszolgáltató Központ) felé,</w:t>
      </w:r>
    </w:p>
    <w:p w14:paraId="738B9609" w14:textId="77777777" w:rsidR="002555F8" w:rsidRPr="00F7027C" w:rsidRDefault="002555F8" w:rsidP="005E7414">
      <w:pPr>
        <w:numPr>
          <w:ilvl w:val="1"/>
          <w:numId w:val="26"/>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rendőrség VIZA rendszerébe jogszabályi előírás alapján.</w:t>
      </w:r>
    </w:p>
    <w:p w14:paraId="4D07D66C" w14:textId="77777777" w:rsidR="002555F8" w:rsidRPr="00F7027C" w:rsidRDefault="002555F8" w:rsidP="005E7414">
      <w:pPr>
        <w:numPr>
          <w:ilvl w:val="0"/>
          <w:numId w:val="26"/>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Adatfeldolgozók: könyvelő, pénzügyi adminisztrátor (adatfeldolgozói szerződés keretében).</w:t>
      </w:r>
    </w:p>
    <w:p w14:paraId="40B9D084" w14:textId="47763DA5" w:rsidR="002555F8" w:rsidRPr="00F7027C" w:rsidRDefault="002555F8"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2.6. Adatbiztonság</w:t>
      </w:r>
    </w:p>
    <w:p w14:paraId="33812548" w14:textId="77777777" w:rsidR="002555F8" w:rsidRPr="00F7027C" w:rsidRDefault="002555F8" w:rsidP="005E7414">
      <w:pPr>
        <w:numPr>
          <w:ilvl w:val="0"/>
          <w:numId w:val="2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Elektronikus adatkezelés: biztonságos, jelszóval védett foglalási rendszer, titkosított adatátvitel (SSL/TLS), rendszeres biztonsági mentés.</w:t>
      </w:r>
    </w:p>
    <w:p w14:paraId="7C800003" w14:textId="77777777" w:rsidR="002555F8" w:rsidRPr="00F7027C" w:rsidRDefault="002555F8" w:rsidP="005E7414">
      <w:pPr>
        <w:numPr>
          <w:ilvl w:val="0"/>
          <w:numId w:val="2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Papíralapú adatok: zárt szekrényben, csak jogosult személyek számára hozzáférhető módon.</w:t>
      </w:r>
    </w:p>
    <w:p w14:paraId="558D7085" w14:textId="77777777" w:rsidR="002555F8" w:rsidRPr="00F7027C" w:rsidRDefault="002555F8" w:rsidP="005E7414">
      <w:pPr>
        <w:numPr>
          <w:ilvl w:val="0"/>
          <w:numId w:val="2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Hozzáférési jogosultságok szigorú korlátozása és naplózása.</w:t>
      </w:r>
    </w:p>
    <w:p w14:paraId="425D42DB" w14:textId="0EDA9E95" w:rsidR="006F6777" w:rsidRPr="00F7027C" w:rsidRDefault="002555F8" w:rsidP="005E7414">
      <w:pPr>
        <w:pStyle w:val="Listaszerbekezds"/>
        <w:numPr>
          <w:ilvl w:val="1"/>
          <w:numId w:val="61"/>
        </w:num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Az érintettek jogai</w:t>
      </w:r>
    </w:p>
    <w:p w14:paraId="2E227ADB" w14:textId="1C13E5A2" w:rsidR="002555F8" w:rsidRPr="00F7027C" w:rsidRDefault="002555F8" w:rsidP="005E7414">
      <w:pPr>
        <w:spacing w:before="100" w:beforeAutospacing="1" w:after="100" w:afterAutospacing="1" w:line="240" w:lineRule="auto"/>
        <w:ind w:left="360"/>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Ön jogosult:</w:t>
      </w:r>
    </w:p>
    <w:p w14:paraId="7BCFE38B" w14:textId="77777777" w:rsidR="002555F8" w:rsidRPr="00F7027C" w:rsidRDefault="002555F8" w:rsidP="005E7414">
      <w:pPr>
        <w:numPr>
          <w:ilvl w:val="0"/>
          <w:numId w:val="28"/>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tájékoztatást kérni a kezelt személyes adatokról,</w:t>
      </w:r>
    </w:p>
    <w:p w14:paraId="71595057" w14:textId="77777777" w:rsidR="002555F8" w:rsidRPr="00F7027C" w:rsidRDefault="002555F8" w:rsidP="005E7414">
      <w:pPr>
        <w:numPr>
          <w:ilvl w:val="0"/>
          <w:numId w:val="28"/>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az adatok helyesbítését,</w:t>
      </w:r>
    </w:p>
    <w:p w14:paraId="0A6C1BC2" w14:textId="77777777" w:rsidR="002555F8" w:rsidRPr="00F7027C" w:rsidRDefault="002555F8" w:rsidP="005E7414">
      <w:pPr>
        <w:numPr>
          <w:ilvl w:val="0"/>
          <w:numId w:val="28"/>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az adatok törlését, amennyiben azok megőrzésére nincs jogi kötelezettség,</w:t>
      </w:r>
    </w:p>
    <w:p w14:paraId="7071A895" w14:textId="77777777" w:rsidR="002555F8" w:rsidRPr="00F7027C" w:rsidRDefault="002555F8" w:rsidP="005E7414">
      <w:pPr>
        <w:numPr>
          <w:ilvl w:val="0"/>
          <w:numId w:val="28"/>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korlátozni az adatkezelést,</w:t>
      </w:r>
    </w:p>
    <w:p w14:paraId="535D446E" w14:textId="77777777" w:rsidR="002555F8" w:rsidRPr="00F7027C" w:rsidRDefault="002555F8" w:rsidP="005E7414">
      <w:pPr>
        <w:numPr>
          <w:ilvl w:val="0"/>
          <w:numId w:val="28"/>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tiltakozni az adatkezelés ellen,</w:t>
      </w:r>
    </w:p>
    <w:p w14:paraId="47144D1B" w14:textId="73817B10" w:rsidR="002555F8" w:rsidRPr="00F7027C" w:rsidRDefault="002555F8" w:rsidP="005E7414">
      <w:pPr>
        <w:numPr>
          <w:ilvl w:val="0"/>
          <w:numId w:val="28"/>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az adatok hordozhatóságát (ha technikailag megvalósítható).</w:t>
      </w:r>
    </w:p>
    <w:p w14:paraId="39F17C8B" w14:textId="55B1BB97" w:rsidR="002555F8" w:rsidRPr="00F7027C" w:rsidRDefault="002555F8" w:rsidP="005E7414">
      <w:pPr>
        <w:spacing w:before="100" w:beforeAutospacing="1" w:after="100" w:afterAutospacing="1" w:line="240" w:lineRule="auto"/>
        <w:outlineLvl w:val="1"/>
        <w:rPr>
          <w:rFonts w:ascii="Times New Roman" w:hAnsi="Times New Roman" w:cs="Times New Roman"/>
          <w:b/>
          <w:bCs/>
          <w:sz w:val="24"/>
          <w:szCs w:val="24"/>
          <w:shd w:val="clear" w:color="auto" w:fill="FFFFFF"/>
          <w:lang w:val="hu-HU"/>
        </w:rPr>
      </w:pPr>
      <w:r w:rsidRPr="00F7027C">
        <w:rPr>
          <w:rFonts w:ascii="Times New Roman" w:hAnsi="Times New Roman" w:cs="Times New Roman"/>
          <w:b/>
          <w:bCs/>
          <w:sz w:val="24"/>
          <w:szCs w:val="24"/>
          <w:shd w:val="clear" w:color="auto" w:fill="FFFFFF"/>
          <w:lang w:val="hu-HU"/>
        </w:rPr>
        <w:t>3. Adatvédelem – Foglalás lemondása vagy módosítása</w:t>
      </w:r>
    </w:p>
    <w:p w14:paraId="656BFB6D" w14:textId="77777777" w:rsidR="006F6777" w:rsidRPr="00F7027C" w:rsidRDefault="002555F8"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3.1. Az adatkezelés célja</w:t>
      </w:r>
    </w:p>
    <w:p w14:paraId="6ADEAEF5" w14:textId="77777777" w:rsidR="006F6777"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A Vendégház a foglalás lemondása vagy módosítása során megadott személyes adatokat a meglévő szerződés módosításának vagy megszüntetésének rögzítése, az ehhez kapcsolódó </w:t>
      </w:r>
      <w:r w:rsidRPr="00F7027C">
        <w:rPr>
          <w:rFonts w:ascii="Times New Roman" w:hAnsi="Times New Roman" w:cs="Times New Roman"/>
          <w:sz w:val="24"/>
          <w:szCs w:val="24"/>
          <w:shd w:val="clear" w:color="auto" w:fill="FFFFFF"/>
          <w:lang w:val="hu-HU"/>
        </w:rPr>
        <w:lastRenderedPageBreak/>
        <w:t>adminisztráció, valamint az esetlegesen szükséges pénzügyi elszámolás (pl. előleg visszatérítés) céljából kezeli.</w:t>
      </w:r>
    </w:p>
    <w:p w14:paraId="0043AB47" w14:textId="4893D852" w:rsidR="002555F8" w:rsidRPr="00F7027C" w:rsidRDefault="006F6777"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 </w:t>
      </w:r>
      <w:r w:rsidR="002555F8" w:rsidRPr="00F7027C">
        <w:rPr>
          <w:rFonts w:ascii="Times New Roman" w:hAnsi="Times New Roman" w:cs="Times New Roman"/>
          <w:sz w:val="24"/>
          <w:szCs w:val="24"/>
          <w:shd w:val="clear" w:color="auto" w:fill="FFFFFF"/>
          <w:lang w:val="hu-HU"/>
        </w:rPr>
        <w:t>Ez magában foglalja:</w:t>
      </w:r>
    </w:p>
    <w:p w14:paraId="3F0E80E9" w14:textId="77777777" w:rsidR="002555F8" w:rsidRPr="00F7027C" w:rsidRDefault="002555F8" w:rsidP="005E7414">
      <w:pPr>
        <w:numPr>
          <w:ilvl w:val="0"/>
          <w:numId w:val="29"/>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vendég kérésének rögzítését,</w:t>
      </w:r>
    </w:p>
    <w:p w14:paraId="2A743461" w14:textId="77777777" w:rsidR="002555F8" w:rsidRPr="00F7027C" w:rsidRDefault="002555F8" w:rsidP="005E7414">
      <w:pPr>
        <w:numPr>
          <w:ilvl w:val="0"/>
          <w:numId w:val="29"/>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rendszerben való foglalás-módosítást vagy törlést,</w:t>
      </w:r>
    </w:p>
    <w:p w14:paraId="470A24E9" w14:textId="77777777" w:rsidR="002555F8" w:rsidRPr="00F7027C" w:rsidRDefault="002555F8" w:rsidP="005E7414">
      <w:pPr>
        <w:numPr>
          <w:ilvl w:val="0"/>
          <w:numId w:val="29"/>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kapcsolattartást,</w:t>
      </w:r>
    </w:p>
    <w:p w14:paraId="31DF8170" w14:textId="1D274CDC" w:rsidR="002555F8" w:rsidRPr="00F7027C" w:rsidRDefault="002555F8" w:rsidP="005E7414">
      <w:pPr>
        <w:numPr>
          <w:ilvl w:val="0"/>
          <w:numId w:val="29"/>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visszatérítés lebonyolítását.</w:t>
      </w:r>
    </w:p>
    <w:p w14:paraId="6675629A" w14:textId="1DCBA9FC" w:rsidR="002555F8" w:rsidRPr="00F7027C" w:rsidRDefault="002555F8"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3.2. Kezelt személyes adatok köre</w:t>
      </w:r>
    </w:p>
    <w:p w14:paraId="4054A1A3" w14:textId="77777777" w:rsidR="002555F8" w:rsidRPr="00F7027C" w:rsidRDefault="002555F8" w:rsidP="005E7414">
      <w:pPr>
        <w:numPr>
          <w:ilvl w:val="0"/>
          <w:numId w:val="3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Teljes név</w:t>
      </w:r>
    </w:p>
    <w:p w14:paraId="09C9AF14" w14:textId="77777777" w:rsidR="002555F8" w:rsidRPr="00F7027C" w:rsidRDefault="002555F8" w:rsidP="005E7414">
      <w:pPr>
        <w:numPr>
          <w:ilvl w:val="0"/>
          <w:numId w:val="3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Foglalás azonosító adatai (pl. foglalási kód, dátumok)</w:t>
      </w:r>
    </w:p>
    <w:p w14:paraId="194E42F9" w14:textId="77777777" w:rsidR="002555F8" w:rsidRPr="00F7027C" w:rsidRDefault="002555F8" w:rsidP="005E7414">
      <w:pPr>
        <w:numPr>
          <w:ilvl w:val="0"/>
          <w:numId w:val="3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E-mail cím</w:t>
      </w:r>
    </w:p>
    <w:p w14:paraId="6A6C007A" w14:textId="77777777" w:rsidR="002555F8" w:rsidRPr="00F7027C" w:rsidRDefault="002555F8" w:rsidP="005E7414">
      <w:pPr>
        <w:numPr>
          <w:ilvl w:val="0"/>
          <w:numId w:val="3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Telefonszám</w:t>
      </w:r>
    </w:p>
    <w:p w14:paraId="4C5B4719" w14:textId="77777777" w:rsidR="002555F8" w:rsidRPr="00F7027C" w:rsidRDefault="002555F8" w:rsidP="005E7414">
      <w:pPr>
        <w:numPr>
          <w:ilvl w:val="0"/>
          <w:numId w:val="3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Módosítás vagy lemondás részletei</w:t>
      </w:r>
    </w:p>
    <w:p w14:paraId="64C370CF" w14:textId="77777777" w:rsidR="002555F8" w:rsidRPr="00F7027C" w:rsidRDefault="002555F8" w:rsidP="005E7414">
      <w:pPr>
        <w:numPr>
          <w:ilvl w:val="0"/>
          <w:numId w:val="3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Visszatérítéshez szükséges bankszámlaszám (ha releváns)</w:t>
      </w:r>
    </w:p>
    <w:p w14:paraId="7466625D" w14:textId="2E037F45" w:rsidR="002555F8" w:rsidRPr="00F7027C" w:rsidRDefault="002555F8" w:rsidP="005E7414">
      <w:pPr>
        <w:numPr>
          <w:ilvl w:val="0"/>
          <w:numId w:val="3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Kapcsolódó pénzügyi adatok (összeg, tranzakció dátuma)</w:t>
      </w:r>
    </w:p>
    <w:p w14:paraId="16D87217" w14:textId="59B0E34A"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3.</w:t>
      </w:r>
      <w:r w:rsidR="002555F8" w:rsidRPr="00F7027C">
        <w:rPr>
          <w:rFonts w:ascii="Times New Roman" w:hAnsi="Times New Roman" w:cs="Times New Roman"/>
          <w:i/>
          <w:iCs/>
          <w:sz w:val="24"/>
          <w:szCs w:val="24"/>
          <w:shd w:val="clear" w:color="auto" w:fill="FFFFFF"/>
          <w:lang w:val="hu-HU"/>
        </w:rPr>
        <w:t>3. Az adatkezelés jogalapja</w:t>
      </w:r>
    </w:p>
    <w:p w14:paraId="089D89D7" w14:textId="77777777" w:rsidR="002555F8" w:rsidRPr="00F7027C" w:rsidRDefault="002555F8" w:rsidP="005E7414">
      <w:pPr>
        <w:numPr>
          <w:ilvl w:val="0"/>
          <w:numId w:val="3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b) – szerződés módosítása vagy megszüntetése az érintett kérésére.</w:t>
      </w:r>
    </w:p>
    <w:p w14:paraId="6FA4A4DB" w14:textId="05CBC504" w:rsidR="002555F8" w:rsidRPr="00F7027C" w:rsidRDefault="002555F8" w:rsidP="005E7414">
      <w:pPr>
        <w:numPr>
          <w:ilvl w:val="0"/>
          <w:numId w:val="3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c) – jogi kötelezettség teljesítése (számviteli és adózási előírások, amennyiben pénzügyi elszámolás történik).</w:t>
      </w:r>
    </w:p>
    <w:p w14:paraId="1A55628B" w14:textId="620EF5DF"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3.4</w:t>
      </w:r>
      <w:r w:rsidR="002555F8" w:rsidRPr="00F7027C">
        <w:rPr>
          <w:rFonts w:ascii="Times New Roman" w:hAnsi="Times New Roman" w:cs="Times New Roman"/>
          <w:i/>
          <w:iCs/>
          <w:sz w:val="24"/>
          <w:szCs w:val="24"/>
          <w:shd w:val="clear" w:color="auto" w:fill="FFFFFF"/>
          <w:lang w:val="hu-HU"/>
        </w:rPr>
        <w:t>. Az adatkezelés időtartama</w:t>
      </w:r>
    </w:p>
    <w:p w14:paraId="58B22112" w14:textId="77777777" w:rsidR="002555F8" w:rsidRPr="00F7027C" w:rsidRDefault="002555F8" w:rsidP="005E7414">
      <w:pPr>
        <w:numPr>
          <w:ilvl w:val="0"/>
          <w:numId w:val="3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foglalás módosításához vagy lemondásához kapcsolódó adatok: a módosítás/lemondás teljesítésétől számított 1 évig (vitás ügyek, panaszkezelés céljából).</w:t>
      </w:r>
    </w:p>
    <w:p w14:paraId="177E1D49" w14:textId="5A24BEF1" w:rsidR="00E5330D" w:rsidRPr="005E7414" w:rsidRDefault="002555F8" w:rsidP="006647B4">
      <w:pPr>
        <w:numPr>
          <w:ilvl w:val="0"/>
          <w:numId w:val="3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Számlaadatok és pénzügyi bizonylatok: a számviteli törvény alapján 8 évig.</w:t>
      </w:r>
    </w:p>
    <w:p w14:paraId="40D9AB08" w14:textId="5A63BB71"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3.</w:t>
      </w:r>
      <w:r w:rsidR="002555F8" w:rsidRPr="00F7027C">
        <w:rPr>
          <w:rFonts w:ascii="Times New Roman" w:hAnsi="Times New Roman" w:cs="Times New Roman"/>
          <w:i/>
          <w:iCs/>
          <w:sz w:val="24"/>
          <w:szCs w:val="24"/>
          <w:shd w:val="clear" w:color="auto" w:fill="FFFFFF"/>
          <w:lang w:val="hu-HU"/>
        </w:rPr>
        <w:t>5. Adatok továbbítása, hozzáférés</w:t>
      </w:r>
    </w:p>
    <w:p w14:paraId="7983218D" w14:textId="77777777" w:rsidR="002555F8" w:rsidRPr="00F7027C" w:rsidRDefault="002555F8" w:rsidP="005E7414">
      <w:pPr>
        <w:numPr>
          <w:ilvl w:val="0"/>
          <w:numId w:val="33"/>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Hozzáférés: a Vendégház üzemeltetője és a foglaláskezeléssel megbízott munkatársak.</w:t>
      </w:r>
    </w:p>
    <w:p w14:paraId="36AB21A6" w14:textId="026749BB" w:rsidR="002555F8" w:rsidRPr="00F7027C" w:rsidRDefault="002555F8" w:rsidP="005E7414">
      <w:pPr>
        <w:numPr>
          <w:ilvl w:val="0"/>
          <w:numId w:val="33"/>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Amennyiben visszatérítés történik, a bank és a könyvelő</w:t>
      </w:r>
      <w:r w:rsidR="005E7414">
        <w:rPr>
          <w:rFonts w:ascii="Times New Roman" w:hAnsi="Times New Roman" w:cs="Times New Roman"/>
          <w:sz w:val="24"/>
          <w:szCs w:val="24"/>
          <w:shd w:val="clear" w:color="auto" w:fill="FFFFFF"/>
          <w:lang w:val="hu-HU"/>
        </w:rPr>
        <w:t>,</w:t>
      </w:r>
      <w:r w:rsidRPr="00F7027C">
        <w:rPr>
          <w:rFonts w:ascii="Times New Roman" w:hAnsi="Times New Roman" w:cs="Times New Roman"/>
          <w:sz w:val="24"/>
          <w:szCs w:val="24"/>
          <w:shd w:val="clear" w:color="auto" w:fill="FFFFFF"/>
          <w:lang w:val="hu-HU"/>
        </w:rPr>
        <w:t xml:space="preserve"> mint adatfeldolgozó érintett lehet a tranzakció lebonyolításában.</w:t>
      </w:r>
    </w:p>
    <w:p w14:paraId="71D2727E" w14:textId="652FAE9A" w:rsidR="002555F8" w:rsidRDefault="002555F8" w:rsidP="005E7414">
      <w:pPr>
        <w:numPr>
          <w:ilvl w:val="0"/>
          <w:numId w:val="33"/>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Harmadik félnek adatot csak jogszabályi kötelezés alapján adunk át.</w:t>
      </w:r>
    </w:p>
    <w:p w14:paraId="407E370D" w14:textId="77777777" w:rsidR="005E7414" w:rsidRPr="00F7027C" w:rsidRDefault="005E7414" w:rsidP="006647B4">
      <w:pPr>
        <w:spacing w:before="100" w:beforeAutospacing="1" w:after="100" w:afterAutospacing="1" w:line="240" w:lineRule="auto"/>
        <w:jc w:val="both"/>
        <w:rPr>
          <w:rFonts w:ascii="Times New Roman" w:hAnsi="Times New Roman" w:cs="Times New Roman"/>
          <w:sz w:val="24"/>
          <w:szCs w:val="24"/>
          <w:shd w:val="clear" w:color="auto" w:fill="FFFFFF"/>
          <w:lang w:val="hu-HU"/>
        </w:rPr>
      </w:pPr>
    </w:p>
    <w:p w14:paraId="317F483B" w14:textId="76924442"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lastRenderedPageBreak/>
        <w:t>3.</w:t>
      </w:r>
      <w:r w:rsidR="002555F8" w:rsidRPr="00F7027C">
        <w:rPr>
          <w:rFonts w:ascii="Times New Roman" w:hAnsi="Times New Roman" w:cs="Times New Roman"/>
          <w:i/>
          <w:iCs/>
          <w:sz w:val="24"/>
          <w:szCs w:val="24"/>
          <w:shd w:val="clear" w:color="auto" w:fill="FFFFFF"/>
          <w:lang w:val="hu-HU"/>
        </w:rPr>
        <w:t>6. Adatbiztonság</w:t>
      </w:r>
    </w:p>
    <w:p w14:paraId="7B02CE08" w14:textId="77777777" w:rsidR="002555F8" w:rsidRPr="00F7027C" w:rsidRDefault="002555F8" w:rsidP="005E7414">
      <w:pPr>
        <w:numPr>
          <w:ilvl w:val="0"/>
          <w:numId w:val="3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Elektronikus úton rögzített adatok: biztonságos foglaláskezelő rendszer, titkosított e-mail kommunikáció (SSL/TLS), jelszóval védett hozzáférés.</w:t>
      </w:r>
    </w:p>
    <w:p w14:paraId="35A6F780" w14:textId="77777777" w:rsidR="002555F8" w:rsidRPr="00F7027C" w:rsidRDefault="002555F8" w:rsidP="005E7414">
      <w:pPr>
        <w:numPr>
          <w:ilvl w:val="0"/>
          <w:numId w:val="3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Papíralapú dokumentumok: zárt helyiségben, kizárólag jogosult személyek által hozzáférhetően tárolva.</w:t>
      </w:r>
    </w:p>
    <w:p w14:paraId="64F52B8D" w14:textId="3E01EBBA" w:rsidR="002555F8" w:rsidRPr="00F7027C" w:rsidRDefault="002555F8" w:rsidP="005E7414">
      <w:pPr>
        <w:numPr>
          <w:ilvl w:val="0"/>
          <w:numId w:val="3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Banki adatok kezelése: pénzügyi tranzakciókhoz használt rendszerek banki biztonsági protokolljai szerint.</w:t>
      </w:r>
    </w:p>
    <w:p w14:paraId="2E2DBAFA" w14:textId="77777777" w:rsidR="006F6777"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3.</w:t>
      </w:r>
      <w:r w:rsidR="002555F8" w:rsidRPr="00F7027C">
        <w:rPr>
          <w:rFonts w:ascii="Times New Roman" w:hAnsi="Times New Roman" w:cs="Times New Roman"/>
          <w:i/>
          <w:iCs/>
          <w:sz w:val="24"/>
          <w:szCs w:val="24"/>
          <w:shd w:val="clear" w:color="auto" w:fill="FFFFFF"/>
          <w:lang w:val="hu-HU"/>
        </w:rPr>
        <w:t>7. Az érintettek jogai</w:t>
      </w:r>
    </w:p>
    <w:p w14:paraId="2C94A980" w14:textId="19AD7351"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érintett jogosult:</w:t>
      </w:r>
    </w:p>
    <w:p w14:paraId="5E374ED7" w14:textId="77777777" w:rsidR="002555F8" w:rsidRPr="00F7027C" w:rsidRDefault="002555F8" w:rsidP="005E7414">
      <w:pPr>
        <w:numPr>
          <w:ilvl w:val="0"/>
          <w:numId w:val="3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tájékoztatást kérni az adatkezelésről,</w:t>
      </w:r>
    </w:p>
    <w:p w14:paraId="0AD888EB" w14:textId="77777777" w:rsidR="002555F8" w:rsidRPr="00F7027C" w:rsidRDefault="002555F8" w:rsidP="005E7414">
      <w:pPr>
        <w:numPr>
          <w:ilvl w:val="0"/>
          <w:numId w:val="3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 személyes adatok helyesbítését,</w:t>
      </w:r>
    </w:p>
    <w:p w14:paraId="300947AF" w14:textId="77777777" w:rsidR="002555F8" w:rsidRPr="00F7027C" w:rsidRDefault="002555F8" w:rsidP="005E7414">
      <w:pPr>
        <w:numPr>
          <w:ilvl w:val="0"/>
          <w:numId w:val="3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az adatok törlését (amennyiben az nem ütközik jogi kötelezettségbe),</w:t>
      </w:r>
    </w:p>
    <w:p w14:paraId="6F0FD3C5" w14:textId="77777777" w:rsidR="002555F8" w:rsidRPr="00F7027C" w:rsidRDefault="002555F8" w:rsidP="005E7414">
      <w:pPr>
        <w:numPr>
          <w:ilvl w:val="0"/>
          <w:numId w:val="3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korlátozni az adatkezelést,</w:t>
      </w:r>
    </w:p>
    <w:p w14:paraId="4D3C2C8B" w14:textId="77777777" w:rsidR="002555F8" w:rsidRPr="00F7027C" w:rsidRDefault="002555F8" w:rsidP="005E7414">
      <w:pPr>
        <w:numPr>
          <w:ilvl w:val="0"/>
          <w:numId w:val="3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tiltakozni az adatkezelés ellen,</w:t>
      </w:r>
    </w:p>
    <w:p w14:paraId="1885B3A1" w14:textId="77777777" w:rsidR="002555F8" w:rsidRPr="00F7027C" w:rsidRDefault="002555F8" w:rsidP="005E7414">
      <w:pPr>
        <w:numPr>
          <w:ilvl w:val="0"/>
          <w:numId w:val="3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adathordozhatóságot kérni, ha az technikailag megvalósítható.</w:t>
      </w:r>
    </w:p>
    <w:p w14:paraId="28A54AAA" w14:textId="714AB202" w:rsidR="002555F8" w:rsidRPr="00F7027C" w:rsidRDefault="00533A87" w:rsidP="005E7414">
      <w:pPr>
        <w:spacing w:before="100" w:beforeAutospacing="1" w:after="100" w:afterAutospacing="1" w:line="240" w:lineRule="auto"/>
        <w:outlineLvl w:val="1"/>
        <w:rPr>
          <w:rFonts w:ascii="Times New Roman" w:hAnsi="Times New Roman" w:cs="Times New Roman"/>
          <w:b/>
          <w:bCs/>
          <w:sz w:val="24"/>
          <w:szCs w:val="24"/>
          <w:shd w:val="clear" w:color="auto" w:fill="FFFFFF"/>
          <w:lang w:val="hu-HU"/>
        </w:rPr>
      </w:pPr>
      <w:r w:rsidRPr="00F7027C">
        <w:rPr>
          <w:rFonts w:ascii="Times New Roman" w:hAnsi="Times New Roman" w:cs="Times New Roman"/>
          <w:b/>
          <w:bCs/>
          <w:sz w:val="24"/>
          <w:szCs w:val="24"/>
          <w:shd w:val="clear" w:color="auto" w:fill="FFFFFF"/>
          <w:lang w:val="hu-HU"/>
        </w:rPr>
        <w:t xml:space="preserve">4. </w:t>
      </w:r>
      <w:r w:rsidR="002555F8" w:rsidRPr="00F7027C">
        <w:rPr>
          <w:rFonts w:ascii="Times New Roman" w:hAnsi="Times New Roman" w:cs="Times New Roman"/>
          <w:b/>
          <w:bCs/>
          <w:sz w:val="24"/>
          <w:szCs w:val="24"/>
          <w:shd w:val="clear" w:color="auto" w:fill="FFFFFF"/>
          <w:lang w:val="hu-HU"/>
        </w:rPr>
        <w:t>Adatvédelem – Foglalási szerződés felmondása (szolgáltatói oldalról)</w:t>
      </w:r>
    </w:p>
    <w:p w14:paraId="6D025F38" w14:textId="77777777" w:rsidR="00D2086B"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4.</w:t>
      </w:r>
      <w:r w:rsidR="002555F8" w:rsidRPr="00F7027C">
        <w:rPr>
          <w:rFonts w:ascii="Times New Roman" w:hAnsi="Times New Roman" w:cs="Times New Roman"/>
          <w:i/>
          <w:iCs/>
          <w:sz w:val="24"/>
          <w:szCs w:val="24"/>
          <w:shd w:val="clear" w:color="auto" w:fill="FFFFFF"/>
          <w:lang w:val="hu-HU"/>
        </w:rPr>
        <w:t>1. Az adatkezelés célja</w:t>
      </w:r>
    </w:p>
    <w:p w14:paraId="682E3705" w14:textId="3F48F596"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Vendégház a foglalási szerződés felmondásával összefüggésben az érintett személyes adatait a felmondás tényének és indokának dokumentálása, a vendég értesítése, valamint az esetlegesen szükséges pénzügyi elszámolás (például előleg visszafizetése) céljából kezeli.</w:t>
      </w:r>
      <w:r w:rsidRPr="00F7027C">
        <w:rPr>
          <w:rFonts w:ascii="Times New Roman" w:hAnsi="Times New Roman" w:cs="Times New Roman"/>
          <w:sz w:val="24"/>
          <w:szCs w:val="24"/>
          <w:shd w:val="clear" w:color="auto" w:fill="FFFFFF"/>
          <w:lang w:val="hu-HU"/>
        </w:rPr>
        <w:br/>
        <w:t>Ide tartozik:</w:t>
      </w:r>
    </w:p>
    <w:p w14:paraId="50019DCC" w14:textId="77777777" w:rsidR="002555F8" w:rsidRPr="00F7027C" w:rsidRDefault="002555F8" w:rsidP="005E7414">
      <w:pPr>
        <w:numPr>
          <w:ilvl w:val="0"/>
          <w:numId w:val="36"/>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felmondás rögzítése,</w:t>
      </w:r>
    </w:p>
    <w:p w14:paraId="690F72EC" w14:textId="77777777" w:rsidR="002555F8" w:rsidRPr="00F7027C" w:rsidRDefault="002555F8" w:rsidP="005E7414">
      <w:pPr>
        <w:numPr>
          <w:ilvl w:val="0"/>
          <w:numId w:val="36"/>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vendég értesítése a megadott elérhetőségeken,</w:t>
      </w:r>
    </w:p>
    <w:p w14:paraId="10B8C372" w14:textId="77777777" w:rsidR="002555F8" w:rsidRPr="00F7027C" w:rsidRDefault="002555F8" w:rsidP="005E7414">
      <w:pPr>
        <w:numPr>
          <w:ilvl w:val="0"/>
          <w:numId w:val="36"/>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visszatérítés lebonyolítása, ha szükséges,</w:t>
      </w:r>
    </w:p>
    <w:p w14:paraId="5CA765F2" w14:textId="4EBE106C" w:rsidR="00E5330D" w:rsidRPr="005E7414" w:rsidRDefault="002555F8" w:rsidP="006647B4">
      <w:pPr>
        <w:numPr>
          <w:ilvl w:val="0"/>
          <w:numId w:val="36"/>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esetleges jogviták dokumentálása.</w:t>
      </w:r>
    </w:p>
    <w:p w14:paraId="4AE9D71F" w14:textId="2897DAC9" w:rsidR="002555F8" w:rsidRPr="00F7027C" w:rsidRDefault="00533A87" w:rsidP="005E7414">
      <w:pPr>
        <w:spacing w:before="100" w:beforeAutospacing="1" w:after="100" w:afterAutospacing="1" w:line="240" w:lineRule="auto"/>
        <w:ind w:left="851" w:hanging="567"/>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4.</w:t>
      </w:r>
      <w:r w:rsidR="002555F8" w:rsidRPr="00F7027C">
        <w:rPr>
          <w:rFonts w:ascii="Times New Roman" w:hAnsi="Times New Roman" w:cs="Times New Roman"/>
          <w:i/>
          <w:iCs/>
          <w:sz w:val="24"/>
          <w:szCs w:val="24"/>
          <w:shd w:val="clear" w:color="auto" w:fill="FFFFFF"/>
          <w:lang w:val="hu-HU"/>
        </w:rPr>
        <w:t>2. Kezelt személyes adatok köre</w:t>
      </w:r>
    </w:p>
    <w:p w14:paraId="07EE9F80" w14:textId="77777777" w:rsidR="002555F8" w:rsidRPr="00F7027C" w:rsidRDefault="002555F8" w:rsidP="005E7414">
      <w:pPr>
        <w:numPr>
          <w:ilvl w:val="0"/>
          <w:numId w:val="37"/>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Teljes név</w:t>
      </w:r>
    </w:p>
    <w:p w14:paraId="68699FCE" w14:textId="77777777" w:rsidR="002555F8" w:rsidRPr="00F7027C" w:rsidRDefault="002555F8" w:rsidP="005E7414">
      <w:pPr>
        <w:numPr>
          <w:ilvl w:val="0"/>
          <w:numId w:val="37"/>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Foglalás azonosító adatai (foglalási kód, érkezés és távozás tervezett dátuma)</w:t>
      </w:r>
    </w:p>
    <w:p w14:paraId="3724856B" w14:textId="77777777" w:rsidR="002555F8" w:rsidRPr="00F7027C" w:rsidRDefault="002555F8" w:rsidP="005E7414">
      <w:pPr>
        <w:numPr>
          <w:ilvl w:val="0"/>
          <w:numId w:val="37"/>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Elérhetőségek (e-mail cím, telefonszám)</w:t>
      </w:r>
    </w:p>
    <w:p w14:paraId="0F1F1CB6" w14:textId="77777777" w:rsidR="002555F8" w:rsidRPr="00F7027C" w:rsidRDefault="002555F8" w:rsidP="005E7414">
      <w:pPr>
        <w:numPr>
          <w:ilvl w:val="0"/>
          <w:numId w:val="37"/>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Felmondás indoka (ha rögzítésre kerül)</w:t>
      </w:r>
    </w:p>
    <w:p w14:paraId="46975673" w14:textId="00BA8DFF" w:rsidR="005E5D1F" w:rsidRDefault="002555F8" w:rsidP="005E7414">
      <w:pPr>
        <w:numPr>
          <w:ilvl w:val="0"/>
          <w:numId w:val="37"/>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Pénzügyi adatok (visszatérítés összege, bankszámlaszám, tranzakció dátuma)</w:t>
      </w:r>
    </w:p>
    <w:p w14:paraId="2260BA3A" w14:textId="77777777" w:rsidR="005E7414" w:rsidRPr="00F7027C" w:rsidRDefault="005E7414" w:rsidP="006647B4">
      <w:pPr>
        <w:spacing w:before="100" w:beforeAutospacing="1" w:after="100" w:afterAutospacing="1" w:line="240" w:lineRule="auto"/>
        <w:ind w:left="720"/>
        <w:rPr>
          <w:rFonts w:ascii="Times New Roman" w:hAnsi="Times New Roman" w:cs="Times New Roman"/>
          <w:sz w:val="24"/>
          <w:szCs w:val="24"/>
          <w:shd w:val="clear" w:color="auto" w:fill="FFFFFF"/>
          <w:lang w:val="hu-HU"/>
        </w:rPr>
      </w:pPr>
    </w:p>
    <w:p w14:paraId="34AD3FE8" w14:textId="421D65FA" w:rsidR="002555F8" w:rsidRPr="00F7027C" w:rsidRDefault="00533A87" w:rsidP="005E7414">
      <w:pPr>
        <w:spacing w:before="100" w:beforeAutospacing="1" w:after="100" w:afterAutospacing="1" w:line="240" w:lineRule="auto"/>
        <w:ind w:left="851" w:hanging="567"/>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lastRenderedPageBreak/>
        <w:t>4.</w:t>
      </w:r>
      <w:r w:rsidR="002555F8" w:rsidRPr="00F7027C">
        <w:rPr>
          <w:rFonts w:ascii="Times New Roman" w:hAnsi="Times New Roman" w:cs="Times New Roman"/>
          <w:i/>
          <w:iCs/>
          <w:sz w:val="24"/>
          <w:szCs w:val="24"/>
          <w:shd w:val="clear" w:color="auto" w:fill="FFFFFF"/>
          <w:lang w:val="hu-HU"/>
        </w:rPr>
        <w:t>3. Az adatkezelés jogalapja</w:t>
      </w:r>
    </w:p>
    <w:p w14:paraId="75797A00" w14:textId="77777777" w:rsidR="002555F8" w:rsidRPr="00F7027C" w:rsidRDefault="002555F8" w:rsidP="005E7414">
      <w:pPr>
        <w:numPr>
          <w:ilvl w:val="0"/>
          <w:numId w:val="38"/>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b) – a szerződés megszüntetésének teljesítése.</w:t>
      </w:r>
    </w:p>
    <w:p w14:paraId="504A4038" w14:textId="77777777" w:rsidR="002555F8" w:rsidRPr="00F7027C" w:rsidRDefault="002555F8" w:rsidP="005E7414">
      <w:pPr>
        <w:numPr>
          <w:ilvl w:val="0"/>
          <w:numId w:val="38"/>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f) – az adatkezelő jogos érdeke (üzleti működés fenntartása, vitás ügyek kezelése).</w:t>
      </w:r>
    </w:p>
    <w:p w14:paraId="35AB15D0" w14:textId="37108858" w:rsidR="002555F8" w:rsidRPr="00F7027C" w:rsidRDefault="002555F8" w:rsidP="005E7414">
      <w:pPr>
        <w:numPr>
          <w:ilvl w:val="0"/>
          <w:numId w:val="38"/>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c) – jogi kötelezettség teljesítése (számviteli és adózási előírások a pénzügyi elszámoláshoz).</w:t>
      </w:r>
    </w:p>
    <w:p w14:paraId="7F70AFD7" w14:textId="7624E5C5" w:rsidR="002555F8" w:rsidRPr="00F7027C" w:rsidRDefault="00533A87" w:rsidP="005E7414">
      <w:pPr>
        <w:spacing w:before="100" w:beforeAutospacing="1" w:after="100" w:afterAutospacing="1" w:line="240" w:lineRule="auto"/>
        <w:ind w:left="851" w:hanging="567"/>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4.</w:t>
      </w:r>
      <w:r w:rsidR="002555F8" w:rsidRPr="00F7027C">
        <w:rPr>
          <w:rFonts w:ascii="Times New Roman" w:hAnsi="Times New Roman" w:cs="Times New Roman"/>
          <w:i/>
          <w:iCs/>
          <w:sz w:val="24"/>
          <w:szCs w:val="24"/>
          <w:shd w:val="clear" w:color="auto" w:fill="FFFFFF"/>
          <w:lang w:val="hu-HU"/>
        </w:rPr>
        <w:t>4. Az adatkezelés időtartama</w:t>
      </w:r>
    </w:p>
    <w:p w14:paraId="2116BECC" w14:textId="77777777" w:rsidR="002555F8" w:rsidRPr="00F7027C" w:rsidRDefault="002555F8" w:rsidP="005E7414">
      <w:pPr>
        <w:numPr>
          <w:ilvl w:val="0"/>
          <w:numId w:val="39"/>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felmondással kapcsolatos adatok: a felmondás teljesítésétől számított 1 évig (vitás ügyek, panaszkezelés céljából).</w:t>
      </w:r>
    </w:p>
    <w:p w14:paraId="6FD56D28" w14:textId="595353D3" w:rsidR="002555F8" w:rsidRPr="00F7027C" w:rsidRDefault="002555F8" w:rsidP="005E7414">
      <w:pPr>
        <w:numPr>
          <w:ilvl w:val="0"/>
          <w:numId w:val="39"/>
        </w:numPr>
        <w:spacing w:before="100" w:beforeAutospacing="1" w:after="100" w:afterAutospacing="1" w:line="240" w:lineRule="auto"/>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Számlaadatok és pénzügyi bizonylatok: a számviteli törvény alapján 8 évig.</w:t>
      </w:r>
    </w:p>
    <w:p w14:paraId="69C99A48" w14:textId="174E7A06"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4.</w:t>
      </w:r>
      <w:r w:rsidR="002555F8" w:rsidRPr="00F7027C">
        <w:rPr>
          <w:rFonts w:ascii="Times New Roman" w:hAnsi="Times New Roman" w:cs="Times New Roman"/>
          <w:i/>
          <w:iCs/>
          <w:sz w:val="24"/>
          <w:szCs w:val="24"/>
          <w:shd w:val="clear" w:color="auto" w:fill="FFFFFF"/>
          <w:lang w:val="hu-HU"/>
        </w:rPr>
        <w:t>5. Adatok továbbítása, hozzáférés</w:t>
      </w:r>
    </w:p>
    <w:p w14:paraId="7630A02F" w14:textId="77777777" w:rsidR="002555F8" w:rsidRPr="00F7027C" w:rsidRDefault="002555F8" w:rsidP="005E7414">
      <w:pPr>
        <w:numPr>
          <w:ilvl w:val="0"/>
          <w:numId w:val="4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Hozzáférés: a Vendégház üzemeltetője, pénzügyi ügyintézője, valamint a foglaláskezelésért felelős munkatárs.</w:t>
      </w:r>
    </w:p>
    <w:p w14:paraId="427E17B8" w14:textId="77777777" w:rsidR="002555F8" w:rsidRPr="00F7027C" w:rsidRDefault="002555F8" w:rsidP="005E7414">
      <w:pPr>
        <w:numPr>
          <w:ilvl w:val="0"/>
          <w:numId w:val="4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Amennyiben visszatérítés történik: banki adatfeldolgozás a tranzakció lebonyolításához, könyvelő részére történő adattovábbítás a jogszabályi előírások teljesítéséhez.</w:t>
      </w:r>
    </w:p>
    <w:p w14:paraId="700CBCE5" w14:textId="14F19658" w:rsidR="002555F8" w:rsidRPr="00F7027C" w:rsidRDefault="002555F8" w:rsidP="005E7414">
      <w:pPr>
        <w:numPr>
          <w:ilvl w:val="0"/>
          <w:numId w:val="4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Harmadik fél részére adattovábbítás kizárólag jogszabályi kötelezettség esetén történik.</w:t>
      </w:r>
    </w:p>
    <w:p w14:paraId="33B79AFF" w14:textId="61DF6D03"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4.</w:t>
      </w:r>
      <w:r w:rsidR="002555F8" w:rsidRPr="00F7027C">
        <w:rPr>
          <w:rFonts w:ascii="Times New Roman" w:hAnsi="Times New Roman" w:cs="Times New Roman"/>
          <w:i/>
          <w:iCs/>
          <w:sz w:val="24"/>
          <w:szCs w:val="24"/>
          <w:shd w:val="clear" w:color="auto" w:fill="FFFFFF"/>
          <w:lang w:val="hu-HU"/>
        </w:rPr>
        <w:t>6. Adatbiztonság</w:t>
      </w:r>
    </w:p>
    <w:p w14:paraId="25C20194" w14:textId="77777777" w:rsidR="002555F8" w:rsidRPr="00F7027C" w:rsidRDefault="002555F8" w:rsidP="005E7414">
      <w:pPr>
        <w:numPr>
          <w:ilvl w:val="0"/>
          <w:numId w:val="4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Elektronikus adatok: biztonságos, jelszóval védett rendszerek, titkosított adatátvitel (SSL/TLS), rendszeres biztonsági mentés.</w:t>
      </w:r>
    </w:p>
    <w:p w14:paraId="1EC3558C" w14:textId="77777777" w:rsidR="002555F8" w:rsidRPr="00F7027C" w:rsidRDefault="002555F8" w:rsidP="005E7414">
      <w:pPr>
        <w:numPr>
          <w:ilvl w:val="0"/>
          <w:numId w:val="4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Papíralapú dokumentumok: zárt tárolás, kizárólag jogosult személyek hozzáférésével.</w:t>
      </w:r>
    </w:p>
    <w:p w14:paraId="314DA568" w14:textId="588C649E" w:rsidR="00E5330D" w:rsidRPr="00F7027C" w:rsidRDefault="002555F8" w:rsidP="006647B4">
      <w:pPr>
        <w:numPr>
          <w:ilvl w:val="0"/>
          <w:numId w:val="4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Banki adatok: pénzintézeti biztonsági protokollok szerinti kezelés.</w:t>
      </w:r>
    </w:p>
    <w:p w14:paraId="23FAAB52" w14:textId="77777777" w:rsidR="00D2086B"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4.</w:t>
      </w:r>
      <w:r w:rsidR="002555F8" w:rsidRPr="00F7027C">
        <w:rPr>
          <w:rFonts w:ascii="Times New Roman" w:hAnsi="Times New Roman" w:cs="Times New Roman"/>
          <w:i/>
          <w:iCs/>
          <w:sz w:val="24"/>
          <w:szCs w:val="24"/>
          <w:shd w:val="clear" w:color="auto" w:fill="FFFFFF"/>
          <w:lang w:val="hu-HU"/>
        </w:rPr>
        <w:t>7. Az érintettek jogai</w:t>
      </w:r>
    </w:p>
    <w:p w14:paraId="2F6D51DF" w14:textId="5EB013F6"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érintett jogosult:</w:t>
      </w:r>
    </w:p>
    <w:p w14:paraId="0FEAB513" w14:textId="77777777" w:rsidR="002555F8" w:rsidRPr="00F7027C" w:rsidRDefault="002555F8" w:rsidP="005E7414">
      <w:pPr>
        <w:numPr>
          <w:ilvl w:val="0"/>
          <w:numId w:val="4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tájékoztatást kérni az adatkezelésről,</w:t>
      </w:r>
    </w:p>
    <w:p w14:paraId="3A31644F" w14:textId="77777777" w:rsidR="002555F8" w:rsidRPr="00F7027C" w:rsidRDefault="002555F8" w:rsidP="005E7414">
      <w:pPr>
        <w:numPr>
          <w:ilvl w:val="0"/>
          <w:numId w:val="4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 személyes adatok helyesbítését,</w:t>
      </w:r>
    </w:p>
    <w:p w14:paraId="13E1EC57" w14:textId="77777777" w:rsidR="002555F8" w:rsidRPr="00F7027C" w:rsidRDefault="002555F8" w:rsidP="005E7414">
      <w:pPr>
        <w:numPr>
          <w:ilvl w:val="0"/>
          <w:numId w:val="4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az adatok törlését (ha a megőrzés nem jogszabályi kötelezettség),</w:t>
      </w:r>
    </w:p>
    <w:p w14:paraId="5D347D93" w14:textId="77777777" w:rsidR="002555F8" w:rsidRPr="00F7027C" w:rsidRDefault="002555F8" w:rsidP="005E7414">
      <w:pPr>
        <w:numPr>
          <w:ilvl w:val="0"/>
          <w:numId w:val="4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korlátozni az adatkezelést,</w:t>
      </w:r>
    </w:p>
    <w:p w14:paraId="41C2648B" w14:textId="77777777" w:rsidR="002555F8" w:rsidRPr="00F7027C" w:rsidRDefault="002555F8" w:rsidP="005E7414">
      <w:pPr>
        <w:numPr>
          <w:ilvl w:val="0"/>
          <w:numId w:val="4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tiltakozni az adatkezelés ellen,</w:t>
      </w:r>
    </w:p>
    <w:p w14:paraId="6771CB2D" w14:textId="0CC96B19" w:rsidR="005E5D1F" w:rsidRDefault="002555F8" w:rsidP="005E7414">
      <w:pPr>
        <w:numPr>
          <w:ilvl w:val="0"/>
          <w:numId w:val="4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adathordozhatóságot kérni, ha technikailag megvalósítható.</w:t>
      </w:r>
    </w:p>
    <w:p w14:paraId="583E005C" w14:textId="77777777" w:rsidR="005E7414" w:rsidRPr="00F7027C" w:rsidRDefault="005E7414" w:rsidP="006647B4">
      <w:pPr>
        <w:spacing w:before="100" w:beforeAutospacing="1" w:after="100" w:afterAutospacing="1" w:line="240" w:lineRule="auto"/>
        <w:ind w:left="720"/>
        <w:jc w:val="both"/>
        <w:rPr>
          <w:rFonts w:ascii="Times New Roman" w:hAnsi="Times New Roman" w:cs="Times New Roman"/>
          <w:sz w:val="24"/>
          <w:szCs w:val="24"/>
          <w:shd w:val="clear" w:color="auto" w:fill="FFFFFF"/>
          <w:lang w:val="hu-HU"/>
        </w:rPr>
      </w:pPr>
    </w:p>
    <w:p w14:paraId="6519F490" w14:textId="7BC99AE6" w:rsidR="002555F8" w:rsidRPr="00F7027C" w:rsidRDefault="00533A87" w:rsidP="005E7414">
      <w:pPr>
        <w:spacing w:before="100" w:beforeAutospacing="1" w:after="100" w:afterAutospacing="1" w:line="240" w:lineRule="auto"/>
        <w:outlineLvl w:val="1"/>
        <w:rPr>
          <w:rFonts w:ascii="Times New Roman" w:hAnsi="Times New Roman" w:cs="Times New Roman"/>
          <w:b/>
          <w:bCs/>
          <w:sz w:val="24"/>
          <w:szCs w:val="24"/>
          <w:shd w:val="clear" w:color="auto" w:fill="FFFFFF"/>
          <w:lang w:val="hu-HU"/>
        </w:rPr>
      </w:pPr>
      <w:r w:rsidRPr="00F7027C">
        <w:rPr>
          <w:rFonts w:ascii="Times New Roman" w:hAnsi="Times New Roman" w:cs="Times New Roman"/>
          <w:b/>
          <w:bCs/>
          <w:sz w:val="24"/>
          <w:szCs w:val="24"/>
          <w:shd w:val="clear" w:color="auto" w:fill="FFFFFF"/>
          <w:lang w:val="hu-HU"/>
        </w:rPr>
        <w:lastRenderedPageBreak/>
        <w:t xml:space="preserve">5. </w:t>
      </w:r>
      <w:r w:rsidR="002555F8" w:rsidRPr="00F7027C">
        <w:rPr>
          <w:rFonts w:ascii="Times New Roman" w:hAnsi="Times New Roman" w:cs="Times New Roman"/>
          <w:b/>
          <w:bCs/>
          <w:sz w:val="24"/>
          <w:szCs w:val="24"/>
          <w:shd w:val="clear" w:color="auto" w:fill="FFFFFF"/>
          <w:lang w:val="hu-HU"/>
        </w:rPr>
        <w:t>Adatvédelem – Foglalás fizetésének teljesítése</w:t>
      </w:r>
    </w:p>
    <w:p w14:paraId="2676A3AE" w14:textId="22ECBA48" w:rsidR="00D2086B"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5.</w:t>
      </w:r>
      <w:r w:rsidR="002555F8" w:rsidRPr="00F7027C">
        <w:rPr>
          <w:rFonts w:ascii="Times New Roman" w:hAnsi="Times New Roman" w:cs="Times New Roman"/>
          <w:i/>
          <w:iCs/>
          <w:sz w:val="24"/>
          <w:szCs w:val="24"/>
          <w:shd w:val="clear" w:color="auto" w:fill="FFFFFF"/>
          <w:lang w:val="hu-HU"/>
        </w:rPr>
        <w:t>1. Az adatkezelés célja</w:t>
      </w:r>
    </w:p>
    <w:p w14:paraId="1930FB94" w14:textId="77777777" w:rsidR="00D2086B"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Vendégház a fizetés teljesítésével kapcsolatos személyes adatokat a szolgáltatás ellenértékének beszedése, a tranzakciók rögzítése, a számlázás és a pénzügyi bizonylatok megőrzése céljából kezeli.</w:t>
      </w:r>
    </w:p>
    <w:p w14:paraId="2FC81E84" w14:textId="2CB43A65" w:rsidR="002555F8" w:rsidRPr="00F7027C" w:rsidRDefault="00D2086B"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 </w:t>
      </w:r>
      <w:r w:rsidR="002555F8" w:rsidRPr="00F7027C">
        <w:rPr>
          <w:rFonts w:ascii="Times New Roman" w:hAnsi="Times New Roman" w:cs="Times New Roman"/>
          <w:sz w:val="24"/>
          <w:szCs w:val="24"/>
          <w:shd w:val="clear" w:color="auto" w:fill="FFFFFF"/>
          <w:lang w:val="hu-HU"/>
        </w:rPr>
        <w:t>Ez magában foglalja:</w:t>
      </w:r>
    </w:p>
    <w:p w14:paraId="2B477E81" w14:textId="77777777" w:rsidR="002555F8" w:rsidRPr="00F7027C" w:rsidRDefault="002555F8" w:rsidP="005E7414">
      <w:pPr>
        <w:numPr>
          <w:ilvl w:val="0"/>
          <w:numId w:val="43"/>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előleg vagy teljes összeg beérkezésének rögzítését,</w:t>
      </w:r>
    </w:p>
    <w:p w14:paraId="70CCD874" w14:textId="77777777" w:rsidR="002555F8" w:rsidRPr="00F7027C" w:rsidRDefault="002555F8" w:rsidP="005E7414">
      <w:pPr>
        <w:numPr>
          <w:ilvl w:val="0"/>
          <w:numId w:val="43"/>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számla kiállítását,</w:t>
      </w:r>
    </w:p>
    <w:p w14:paraId="6803A17F" w14:textId="404F337A" w:rsidR="002555F8" w:rsidRPr="00F7027C" w:rsidRDefault="002555F8" w:rsidP="005E7414">
      <w:pPr>
        <w:numPr>
          <w:ilvl w:val="0"/>
          <w:numId w:val="43"/>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könyvelés és adóbevallás jogszabályi kötelezettségeinek teljesítését.</w:t>
      </w:r>
    </w:p>
    <w:p w14:paraId="6E57669E" w14:textId="5C672F9D"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5.</w:t>
      </w:r>
      <w:r w:rsidR="002555F8" w:rsidRPr="00F7027C">
        <w:rPr>
          <w:rFonts w:ascii="Times New Roman" w:hAnsi="Times New Roman" w:cs="Times New Roman"/>
          <w:i/>
          <w:iCs/>
          <w:sz w:val="24"/>
          <w:szCs w:val="24"/>
          <w:shd w:val="clear" w:color="auto" w:fill="FFFFFF"/>
          <w:lang w:val="hu-HU"/>
        </w:rPr>
        <w:t>2. Kezelt személyes adatok köre</w:t>
      </w:r>
    </w:p>
    <w:p w14:paraId="2A08A14D" w14:textId="77777777" w:rsidR="002555F8" w:rsidRPr="00F7027C" w:rsidRDefault="002555F8" w:rsidP="005E7414">
      <w:pPr>
        <w:numPr>
          <w:ilvl w:val="0"/>
          <w:numId w:val="4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Teljes név</w:t>
      </w:r>
    </w:p>
    <w:p w14:paraId="2820E203" w14:textId="77777777" w:rsidR="002555F8" w:rsidRPr="00F7027C" w:rsidRDefault="002555F8" w:rsidP="005E7414">
      <w:pPr>
        <w:numPr>
          <w:ilvl w:val="0"/>
          <w:numId w:val="4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Számlázási cím</w:t>
      </w:r>
    </w:p>
    <w:p w14:paraId="108B5B2B" w14:textId="77777777" w:rsidR="002555F8" w:rsidRPr="00F7027C" w:rsidRDefault="002555F8" w:rsidP="005E7414">
      <w:pPr>
        <w:numPr>
          <w:ilvl w:val="0"/>
          <w:numId w:val="4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Fizetési mód (készpénz, átutalás, bankkártya, egyéb)</w:t>
      </w:r>
    </w:p>
    <w:p w14:paraId="4D353E70" w14:textId="77777777" w:rsidR="002555F8" w:rsidRPr="00F7027C" w:rsidRDefault="002555F8" w:rsidP="005E7414">
      <w:pPr>
        <w:numPr>
          <w:ilvl w:val="0"/>
          <w:numId w:val="4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Banki tranzakció adatai (utalás összege, dátuma, bankszámlaszám – ha releváns)</w:t>
      </w:r>
    </w:p>
    <w:p w14:paraId="0EA922E9" w14:textId="77777777" w:rsidR="002555F8" w:rsidRPr="00F7027C" w:rsidRDefault="002555F8" w:rsidP="005E7414">
      <w:pPr>
        <w:numPr>
          <w:ilvl w:val="0"/>
          <w:numId w:val="4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Bankkártyás fizetés esetén: kártyatársaság által biztosított tranzakciós azonosítók (a Vendégház nem tárol teljes kártyaszámot)</w:t>
      </w:r>
    </w:p>
    <w:p w14:paraId="4CA90412" w14:textId="047BC703" w:rsidR="002555F8" w:rsidRPr="00F7027C" w:rsidRDefault="002555F8" w:rsidP="005E7414">
      <w:pPr>
        <w:numPr>
          <w:ilvl w:val="0"/>
          <w:numId w:val="4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Számlaadatok (név, cím, adószám, ha releváns)</w:t>
      </w:r>
    </w:p>
    <w:p w14:paraId="0B0DFF08" w14:textId="5EB389D0"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5.</w:t>
      </w:r>
      <w:r w:rsidR="002555F8" w:rsidRPr="00F7027C">
        <w:rPr>
          <w:rFonts w:ascii="Times New Roman" w:hAnsi="Times New Roman" w:cs="Times New Roman"/>
          <w:i/>
          <w:iCs/>
          <w:sz w:val="24"/>
          <w:szCs w:val="24"/>
          <w:shd w:val="clear" w:color="auto" w:fill="FFFFFF"/>
          <w:lang w:val="hu-HU"/>
        </w:rPr>
        <w:t>3. Az adatkezelés jogalapja</w:t>
      </w:r>
    </w:p>
    <w:p w14:paraId="32FD9D3D" w14:textId="77777777" w:rsidR="002555F8" w:rsidRPr="00F7027C" w:rsidRDefault="002555F8" w:rsidP="005E7414">
      <w:pPr>
        <w:numPr>
          <w:ilvl w:val="0"/>
          <w:numId w:val="4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b) – a szerződés teljesítése (fizetés lebonyolítása).</w:t>
      </w:r>
    </w:p>
    <w:p w14:paraId="359B4A9A" w14:textId="2C7BF8EF" w:rsidR="00E5330D" w:rsidRPr="00F7027C" w:rsidRDefault="002555F8" w:rsidP="006647B4">
      <w:pPr>
        <w:numPr>
          <w:ilvl w:val="0"/>
          <w:numId w:val="4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c) – jogi kötelezettség teljesítése (számviteli és adózási előírások, számlamegőrzés).</w:t>
      </w:r>
    </w:p>
    <w:p w14:paraId="263A8040" w14:textId="2C71B449" w:rsidR="002555F8" w:rsidRPr="00F7027C" w:rsidRDefault="00533A87" w:rsidP="005E7414">
      <w:pPr>
        <w:spacing w:before="100" w:beforeAutospacing="1" w:after="100" w:afterAutospacing="1" w:line="240" w:lineRule="auto"/>
        <w:ind w:left="709" w:hanging="425"/>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5.4</w:t>
      </w:r>
      <w:r w:rsidR="002555F8" w:rsidRPr="00F7027C">
        <w:rPr>
          <w:rFonts w:ascii="Times New Roman" w:hAnsi="Times New Roman" w:cs="Times New Roman"/>
          <w:i/>
          <w:iCs/>
          <w:sz w:val="24"/>
          <w:szCs w:val="24"/>
          <w:shd w:val="clear" w:color="auto" w:fill="FFFFFF"/>
          <w:lang w:val="hu-HU"/>
        </w:rPr>
        <w:t>. Az adatkezelés időtartama</w:t>
      </w:r>
    </w:p>
    <w:p w14:paraId="2D56D67E" w14:textId="77777777" w:rsidR="002555F8" w:rsidRPr="00F7027C" w:rsidRDefault="002555F8" w:rsidP="005E7414">
      <w:pPr>
        <w:numPr>
          <w:ilvl w:val="0"/>
          <w:numId w:val="46"/>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Számviteli bizonylatok és kapcsolódó pénzügyi adatok: a számviteli törvény szerint 8 évig megőrzendők.</w:t>
      </w:r>
    </w:p>
    <w:p w14:paraId="0699FBC0" w14:textId="48CCBE81" w:rsidR="002555F8" w:rsidRPr="00F7027C" w:rsidRDefault="002555F8" w:rsidP="005E7414">
      <w:pPr>
        <w:numPr>
          <w:ilvl w:val="0"/>
          <w:numId w:val="46"/>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Banki tranzakciós adatok: a pénzügyi elszámolás lezárását követően, a számviteli nyilvántartáshoz szükséges ideig.</w:t>
      </w:r>
    </w:p>
    <w:p w14:paraId="5C5BB137" w14:textId="07FD9768" w:rsidR="002555F8" w:rsidRPr="00F7027C" w:rsidRDefault="002555F8" w:rsidP="005E7414">
      <w:pPr>
        <w:spacing w:before="100" w:beforeAutospacing="1" w:after="100" w:afterAutospacing="1" w:line="240" w:lineRule="auto"/>
        <w:ind w:left="709" w:hanging="425"/>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5.</w:t>
      </w:r>
      <w:r w:rsidR="00533A87" w:rsidRPr="00F7027C">
        <w:rPr>
          <w:rFonts w:ascii="Times New Roman" w:hAnsi="Times New Roman" w:cs="Times New Roman"/>
          <w:i/>
          <w:iCs/>
          <w:sz w:val="24"/>
          <w:szCs w:val="24"/>
          <w:shd w:val="clear" w:color="auto" w:fill="FFFFFF"/>
          <w:lang w:val="hu-HU"/>
        </w:rPr>
        <w:t>5.</w:t>
      </w:r>
      <w:r w:rsidRPr="00F7027C">
        <w:rPr>
          <w:rFonts w:ascii="Times New Roman" w:hAnsi="Times New Roman" w:cs="Times New Roman"/>
          <w:i/>
          <w:iCs/>
          <w:sz w:val="24"/>
          <w:szCs w:val="24"/>
          <w:shd w:val="clear" w:color="auto" w:fill="FFFFFF"/>
          <w:lang w:val="hu-HU"/>
        </w:rPr>
        <w:t xml:space="preserve"> Adatok továbbítása, hozzáférés</w:t>
      </w:r>
    </w:p>
    <w:p w14:paraId="44AA7B39" w14:textId="77777777" w:rsidR="002555F8" w:rsidRPr="00F7027C" w:rsidRDefault="002555F8" w:rsidP="005E7414">
      <w:pPr>
        <w:numPr>
          <w:ilvl w:val="0"/>
          <w:numId w:val="4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Hozzáférés: a Vendégház üzemeltetője, pénzügyi ügyintézője, könyvelője.</w:t>
      </w:r>
    </w:p>
    <w:p w14:paraId="5B46174B" w14:textId="77777777" w:rsidR="002555F8" w:rsidRPr="00F7027C" w:rsidRDefault="002555F8" w:rsidP="005E7414">
      <w:pPr>
        <w:numPr>
          <w:ilvl w:val="0"/>
          <w:numId w:val="4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Bankkártyás vagy online fizetés esetén: a fizetési szolgáltató (pl. bank, kártyaelfogadó rendszer) a saját adatkezelési szabályzata szerint.</w:t>
      </w:r>
    </w:p>
    <w:p w14:paraId="2AF86D11" w14:textId="77777777" w:rsidR="002555F8" w:rsidRPr="00F7027C" w:rsidRDefault="002555F8" w:rsidP="005E7414">
      <w:pPr>
        <w:numPr>
          <w:ilvl w:val="0"/>
          <w:numId w:val="4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Könyvelési célból: adatfeldolgozóként működő könyvelő cég.</w:t>
      </w:r>
    </w:p>
    <w:p w14:paraId="2F1CA779" w14:textId="2A8574CD" w:rsidR="002555F8" w:rsidRPr="00F7027C" w:rsidRDefault="002555F8" w:rsidP="005E7414">
      <w:pPr>
        <w:numPr>
          <w:ilvl w:val="0"/>
          <w:numId w:val="4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lastRenderedPageBreak/>
        <w:t>Harmadik félnek adat csak jogszabályi kötelezettség teljesítése esetén kerül továbbításra (pl. adóhatóság).</w:t>
      </w:r>
    </w:p>
    <w:p w14:paraId="7951A871" w14:textId="7CB67595"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5.</w:t>
      </w:r>
      <w:r w:rsidR="002555F8" w:rsidRPr="00F7027C">
        <w:rPr>
          <w:rFonts w:ascii="Times New Roman" w:hAnsi="Times New Roman" w:cs="Times New Roman"/>
          <w:i/>
          <w:iCs/>
          <w:sz w:val="24"/>
          <w:szCs w:val="24"/>
          <w:shd w:val="clear" w:color="auto" w:fill="FFFFFF"/>
          <w:lang w:val="hu-HU"/>
        </w:rPr>
        <w:t>6. Adatbiztonság</w:t>
      </w:r>
    </w:p>
    <w:p w14:paraId="4CB7EEF0" w14:textId="77777777" w:rsidR="002555F8" w:rsidRPr="00F7027C" w:rsidRDefault="002555F8" w:rsidP="005E7414">
      <w:pPr>
        <w:numPr>
          <w:ilvl w:val="0"/>
          <w:numId w:val="48"/>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Banki tranzakciók: pénzintézeti szintű titkosítás, biztonságos banki protokollok.</w:t>
      </w:r>
    </w:p>
    <w:p w14:paraId="475638A4" w14:textId="77777777" w:rsidR="002555F8" w:rsidRPr="00F7027C" w:rsidRDefault="002555F8" w:rsidP="005E7414">
      <w:pPr>
        <w:numPr>
          <w:ilvl w:val="0"/>
          <w:numId w:val="48"/>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Elektronikus nyilvántartás: jelszóval védett könyvelési és számlázási rendszer, titkosított adatátvitel (SSL/TLS).</w:t>
      </w:r>
    </w:p>
    <w:p w14:paraId="776C115C" w14:textId="5DADD929" w:rsidR="002555F8" w:rsidRPr="00F7027C" w:rsidRDefault="002555F8" w:rsidP="005E7414">
      <w:pPr>
        <w:numPr>
          <w:ilvl w:val="0"/>
          <w:numId w:val="48"/>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Papíralapú bizonylatok: zárt helyiségben, kizárólag jogosult személyek hozzáférésével tárolva.</w:t>
      </w:r>
    </w:p>
    <w:p w14:paraId="117492CA" w14:textId="77777777" w:rsidR="00D2086B" w:rsidRPr="00F7027C" w:rsidRDefault="00533A87" w:rsidP="005E7414">
      <w:pPr>
        <w:spacing w:before="100" w:beforeAutospacing="1" w:after="100" w:afterAutospacing="1" w:line="240" w:lineRule="auto"/>
        <w:ind w:left="709" w:hanging="425"/>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5.</w:t>
      </w:r>
      <w:r w:rsidR="002555F8" w:rsidRPr="00F7027C">
        <w:rPr>
          <w:rFonts w:ascii="Times New Roman" w:hAnsi="Times New Roman" w:cs="Times New Roman"/>
          <w:i/>
          <w:iCs/>
          <w:sz w:val="24"/>
          <w:szCs w:val="24"/>
          <w:shd w:val="clear" w:color="auto" w:fill="FFFFFF"/>
          <w:lang w:val="hu-HU"/>
        </w:rPr>
        <w:t>7. Az érintettek jogai</w:t>
      </w:r>
    </w:p>
    <w:p w14:paraId="07E2EFCF" w14:textId="1C8ABCAA"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érintett jogosult:</w:t>
      </w:r>
    </w:p>
    <w:p w14:paraId="28169591" w14:textId="77777777" w:rsidR="002555F8" w:rsidRPr="00F7027C" w:rsidRDefault="002555F8" w:rsidP="005E7414">
      <w:pPr>
        <w:numPr>
          <w:ilvl w:val="0"/>
          <w:numId w:val="49"/>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tájékoztatást kérni az adatkezelésről,</w:t>
      </w:r>
    </w:p>
    <w:p w14:paraId="0574AC74" w14:textId="77777777" w:rsidR="002555F8" w:rsidRPr="00F7027C" w:rsidRDefault="002555F8" w:rsidP="005E7414">
      <w:pPr>
        <w:numPr>
          <w:ilvl w:val="0"/>
          <w:numId w:val="49"/>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 személyes adatok helyesbítését,</w:t>
      </w:r>
    </w:p>
    <w:p w14:paraId="68088A45" w14:textId="77777777" w:rsidR="002555F8" w:rsidRPr="00F7027C" w:rsidRDefault="002555F8" w:rsidP="005E7414">
      <w:pPr>
        <w:numPr>
          <w:ilvl w:val="0"/>
          <w:numId w:val="49"/>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az adatok törlését (ha a megőrzésre nincs jogi kötelezettség),</w:t>
      </w:r>
    </w:p>
    <w:p w14:paraId="2AAD78BF" w14:textId="77777777" w:rsidR="002555F8" w:rsidRPr="00F7027C" w:rsidRDefault="002555F8" w:rsidP="005E7414">
      <w:pPr>
        <w:numPr>
          <w:ilvl w:val="0"/>
          <w:numId w:val="49"/>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korlátozni az adatkezelést,</w:t>
      </w:r>
    </w:p>
    <w:p w14:paraId="5BFDFEA4" w14:textId="77777777" w:rsidR="002555F8" w:rsidRPr="00F7027C" w:rsidRDefault="002555F8" w:rsidP="005E7414">
      <w:pPr>
        <w:numPr>
          <w:ilvl w:val="0"/>
          <w:numId w:val="49"/>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tiltakozni az adatkezelés ellen,</w:t>
      </w:r>
    </w:p>
    <w:p w14:paraId="4B175087" w14:textId="16F3B259" w:rsidR="002555F8" w:rsidRPr="00F7027C" w:rsidRDefault="002555F8" w:rsidP="005E7414">
      <w:pPr>
        <w:numPr>
          <w:ilvl w:val="0"/>
          <w:numId w:val="49"/>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az adatok hordozhatóságát (ha technikailag megvalósítható és nem ütközik jogi kötelezettségbe).</w:t>
      </w:r>
    </w:p>
    <w:p w14:paraId="3C1E118A" w14:textId="4151B439" w:rsidR="002555F8" w:rsidRPr="00F7027C" w:rsidRDefault="00533A87" w:rsidP="005E7414">
      <w:pPr>
        <w:spacing w:before="100" w:beforeAutospacing="1" w:after="100" w:afterAutospacing="1" w:line="240" w:lineRule="auto"/>
        <w:outlineLvl w:val="1"/>
        <w:rPr>
          <w:rFonts w:ascii="Times New Roman" w:hAnsi="Times New Roman" w:cs="Times New Roman"/>
          <w:b/>
          <w:bCs/>
          <w:sz w:val="24"/>
          <w:szCs w:val="24"/>
          <w:shd w:val="clear" w:color="auto" w:fill="FFFFFF"/>
          <w:lang w:val="hu-HU"/>
        </w:rPr>
      </w:pPr>
      <w:r w:rsidRPr="00F7027C">
        <w:rPr>
          <w:rFonts w:ascii="Times New Roman" w:hAnsi="Times New Roman" w:cs="Times New Roman"/>
          <w:b/>
          <w:bCs/>
          <w:sz w:val="24"/>
          <w:szCs w:val="24"/>
          <w:shd w:val="clear" w:color="auto" w:fill="FFFFFF"/>
          <w:lang w:val="hu-HU"/>
        </w:rPr>
        <w:t xml:space="preserve">6. </w:t>
      </w:r>
      <w:r w:rsidR="002555F8" w:rsidRPr="00F7027C">
        <w:rPr>
          <w:rFonts w:ascii="Times New Roman" w:hAnsi="Times New Roman" w:cs="Times New Roman"/>
          <w:b/>
          <w:bCs/>
          <w:sz w:val="24"/>
          <w:szCs w:val="24"/>
          <w:shd w:val="clear" w:color="auto" w:fill="FFFFFF"/>
          <w:lang w:val="hu-HU"/>
        </w:rPr>
        <w:t>Adatvédelem – Ajándékutalvány igénylése, kiállítása, felhasználása</w:t>
      </w:r>
    </w:p>
    <w:p w14:paraId="5A9BB6BA" w14:textId="77777777" w:rsidR="00D2086B"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6.</w:t>
      </w:r>
      <w:r w:rsidR="002555F8" w:rsidRPr="00F7027C">
        <w:rPr>
          <w:rFonts w:ascii="Times New Roman" w:hAnsi="Times New Roman" w:cs="Times New Roman"/>
          <w:i/>
          <w:iCs/>
          <w:sz w:val="24"/>
          <w:szCs w:val="24"/>
          <w:shd w:val="clear" w:color="auto" w:fill="FFFFFF"/>
          <w:lang w:val="hu-HU"/>
        </w:rPr>
        <w:t>1. Az adatkezelés célja</w:t>
      </w:r>
    </w:p>
    <w:p w14:paraId="6893AEE7" w14:textId="524C77C6"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Vendégház az ajándékutalvány igénylése, kiállítása, felhasználása és elszámolása során kezelt személyes adatokat az alábbi célokra használja fel:</w:t>
      </w:r>
    </w:p>
    <w:p w14:paraId="04A9B09C" w14:textId="77777777" w:rsidR="002555F8" w:rsidRPr="00F7027C" w:rsidRDefault="002555F8" w:rsidP="005E7414">
      <w:pPr>
        <w:numPr>
          <w:ilvl w:val="0"/>
          <w:numId w:val="5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utalvány értékesítése és kiállítása,</w:t>
      </w:r>
    </w:p>
    <w:p w14:paraId="7CE8F83B" w14:textId="77777777" w:rsidR="002555F8" w:rsidRPr="00F7027C" w:rsidRDefault="002555F8" w:rsidP="005E7414">
      <w:pPr>
        <w:numPr>
          <w:ilvl w:val="0"/>
          <w:numId w:val="5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vásárló és – ha megadott – a kedvezményezett azonosítása,</w:t>
      </w:r>
    </w:p>
    <w:p w14:paraId="1087EC0B" w14:textId="77777777" w:rsidR="002555F8" w:rsidRPr="00F7027C" w:rsidRDefault="002555F8" w:rsidP="005E7414">
      <w:pPr>
        <w:numPr>
          <w:ilvl w:val="0"/>
          <w:numId w:val="5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számlázás és pénzügyi elszámolás teljesítése,</w:t>
      </w:r>
    </w:p>
    <w:p w14:paraId="4977182B" w14:textId="77777777" w:rsidR="002555F8" w:rsidRPr="00F7027C" w:rsidRDefault="002555F8" w:rsidP="005E7414">
      <w:pPr>
        <w:numPr>
          <w:ilvl w:val="0"/>
          <w:numId w:val="5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utalvány felhasználásának nyilvántartása,</w:t>
      </w:r>
    </w:p>
    <w:p w14:paraId="535CA1F1" w14:textId="703BD42D" w:rsidR="002555F8" w:rsidRPr="00F7027C" w:rsidRDefault="002555F8" w:rsidP="005E7414">
      <w:pPr>
        <w:numPr>
          <w:ilvl w:val="0"/>
          <w:numId w:val="50"/>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a kapcsolattartás a vásárlóval és/vagy </w:t>
      </w:r>
      <w:proofErr w:type="spellStart"/>
      <w:r w:rsidRPr="00F7027C">
        <w:rPr>
          <w:rFonts w:ascii="Times New Roman" w:hAnsi="Times New Roman" w:cs="Times New Roman"/>
          <w:sz w:val="24"/>
          <w:szCs w:val="24"/>
          <w:shd w:val="clear" w:color="auto" w:fill="FFFFFF"/>
          <w:lang w:val="hu-HU"/>
        </w:rPr>
        <w:t>kedvezményezettel</w:t>
      </w:r>
      <w:proofErr w:type="spellEnd"/>
      <w:r w:rsidRPr="00F7027C">
        <w:rPr>
          <w:rFonts w:ascii="Times New Roman" w:hAnsi="Times New Roman" w:cs="Times New Roman"/>
          <w:sz w:val="24"/>
          <w:szCs w:val="24"/>
          <w:shd w:val="clear" w:color="auto" w:fill="FFFFFF"/>
          <w:lang w:val="hu-HU"/>
        </w:rPr>
        <w:t>.</w:t>
      </w:r>
    </w:p>
    <w:p w14:paraId="23BD7657" w14:textId="044F6018"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6.</w:t>
      </w:r>
      <w:r w:rsidR="002555F8" w:rsidRPr="00F7027C">
        <w:rPr>
          <w:rFonts w:ascii="Times New Roman" w:hAnsi="Times New Roman" w:cs="Times New Roman"/>
          <w:i/>
          <w:iCs/>
          <w:sz w:val="24"/>
          <w:szCs w:val="24"/>
          <w:shd w:val="clear" w:color="auto" w:fill="FFFFFF"/>
          <w:lang w:val="hu-HU"/>
        </w:rPr>
        <w:t>2. Kezelt személyes adatok köre</w:t>
      </w:r>
    </w:p>
    <w:p w14:paraId="3671AEA3" w14:textId="77777777"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Ajándékutalvány vásárlójától:</w:t>
      </w:r>
    </w:p>
    <w:p w14:paraId="4245848C" w14:textId="77777777" w:rsidR="002555F8" w:rsidRPr="00F7027C" w:rsidRDefault="002555F8" w:rsidP="005E7414">
      <w:pPr>
        <w:numPr>
          <w:ilvl w:val="0"/>
          <w:numId w:val="5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Név</w:t>
      </w:r>
    </w:p>
    <w:p w14:paraId="7FFAC6D2" w14:textId="77777777" w:rsidR="002555F8" w:rsidRPr="00F7027C" w:rsidRDefault="002555F8" w:rsidP="005E7414">
      <w:pPr>
        <w:numPr>
          <w:ilvl w:val="0"/>
          <w:numId w:val="5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Lakcím / számlázási cím</w:t>
      </w:r>
    </w:p>
    <w:p w14:paraId="52AA6FEE" w14:textId="77777777" w:rsidR="002555F8" w:rsidRPr="00F7027C" w:rsidRDefault="002555F8" w:rsidP="005E7414">
      <w:pPr>
        <w:numPr>
          <w:ilvl w:val="0"/>
          <w:numId w:val="5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E-mail cím</w:t>
      </w:r>
    </w:p>
    <w:p w14:paraId="6F94F139" w14:textId="77777777" w:rsidR="002555F8" w:rsidRPr="00F7027C" w:rsidRDefault="002555F8" w:rsidP="005E7414">
      <w:pPr>
        <w:numPr>
          <w:ilvl w:val="0"/>
          <w:numId w:val="5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Telefonszám (opcionális)</w:t>
      </w:r>
    </w:p>
    <w:p w14:paraId="3FF709E6" w14:textId="77777777" w:rsidR="002555F8" w:rsidRPr="00F7027C" w:rsidRDefault="002555F8" w:rsidP="005E7414">
      <w:pPr>
        <w:numPr>
          <w:ilvl w:val="0"/>
          <w:numId w:val="5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lastRenderedPageBreak/>
        <w:t>Fizetési adatok (utalás összege, dátuma, bankszámlaszám – ha releváns)</w:t>
      </w:r>
    </w:p>
    <w:p w14:paraId="03438F81" w14:textId="77777777" w:rsidR="002555F8" w:rsidRPr="00F7027C" w:rsidRDefault="002555F8" w:rsidP="005E7414">
      <w:pPr>
        <w:numPr>
          <w:ilvl w:val="0"/>
          <w:numId w:val="51"/>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utalvány adatai (érték, sorszám, kiállítás dátuma)</w:t>
      </w:r>
    </w:p>
    <w:p w14:paraId="51E4FE43" w14:textId="77777777"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proofErr w:type="spellStart"/>
      <w:r w:rsidRPr="00F7027C">
        <w:rPr>
          <w:rFonts w:ascii="Times New Roman" w:hAnsi="Times New Roman" w:cs="Times New Roman"/>
          <w:sz w:val="24"/>
          <w:szCs w:val="24"/>
          <w:shd w:val="clear" w:color="auto" w:fill="FFFFFF"/>
          <w:lang w:val="hu-HU"/>
        </w:rPr>
        <w:t>Kedvezményezettől</w:t>
      </w:r>
      <w:proofErr w:type="spellEnd"/>
      <w:r w:rsidRPr="00F7027C">
        <w:rPr>
          <w:rFonts w:ascii="Times New Roman" w:hAnsi="Times New Roman" w:cs="Times New Roman"/>
          <w:sz w:val="24"/>
          <w:szCs w:val="24"/>
          <w:shd w:val="clear" w:color="auto" w:fill="FFFFFF"/>
          <w:lang w:val="hu-HU"/>
        </w:rPr>
        <w:t xml:space="preserve"> (ha megadott):</w:t>
      </w:r>
    </w:p>
    <w:p w14:paraId="58FB253C" w14:textId="77777777" w:rsidR="002555F8" w:rsidRPr="00F7027C" w:rsidRDefault="002555F8" w:rsidP="005E7414">
      <w:pPr>
        <w:numPr>
          <w:ilvl w:val="0"/>
          <w:numId w:val="5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Név</w:t>
      </w:r>
    </w:p>
    <w:p w14:paraId="7D82D895" w14:textId="419F47C5" w:rsidR="00533A87" w:rsidRPr="00F7027C" w:rsidRDefault="002555F8" w:rsidP="005E7414">
      <w:pPr>
        <w:numPr>
          <w:ilvl w:val="0"/>
          <w:numId w:val="52"/>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E-mail cím (opcionális, ha közvetlen küldés szükséges)</w:t>
      </w:r>
    </w:p>
    <w:p w14:paraId="1CB74D8D" w14:textId="5C64CED0"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6.</w:t>
      </w:r>
      <w:r w:rsidR="002555F8" w:rsidRPr="00F7027C">
        <w:rPr>
          <w:rFonts w:ascii="Times New Roman" w:hAnsi="Times New Roman" w:cs="Times New Roman"/>
          <w:i/>
          <w:iCs/>
          <w:sz w:val="24"/>
          <w:szCs w:val="24"/>
          <w:shd w:val="clear" w:color="auto" w:fill="FFFFFF"/>
          <w:lang w:val="hu-HU"/>
        </w:rPr>
        <w:t>3. Az adatkezelés jogalapja</w:t>
      </w:r>
    </w:p>
    <w:p w14:paraId="3F26E826" w14:textId="77777777" w:rsidR="002555F8" w:rsidRPr="00F7027C" w:rsidRDefault="002555F8" w:rsidP="005E7414">
      <w:pPr>
        <w:numPr>
          <w:ilvl w:val="0"/>
          <w:numId w:val="53"/>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b) – a szerződés teljesítése (ajándékutalvány értékesítése, felhasználása).</w:t>
      </w:r>
    </w:p>
    <w:p w14:paraId="52A4D00C" w14:textId="77777777" w:rsidR="002555F8" w:rsidRPr="00F7027C" w:rsidRDefault="002555F8" w:rsidP="005E7414">
      <w:pPr>
        <w:numPr>
          <w:ilvl w:val="0"/>
          <w:numId w:val="53"/>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c) – jogi kötelezettség teljesítése (számviteli bizonylatok megőrzése).</w:t>
      </w:r>
    </w:p>
    <w:p w14:paraId="5D66AFAC" w14:textId="35FCFD88" w:rsidR="002555F8" w:rsidRPr="00F7027C" w:rsidRDefault="002555F8" w:rsidP="005E7414">
      <w:pPr>
        <w:numPr>
          <w:ilvl w:val="0"/>
          <w:numId w:val="53"/>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GDPR 6. cikk (1) a) – hozzájárulás (ha a vásárló vagy kedvezményezett opcionális adatot ad meg, vagy marketingcélú kapcsolatfelvételhez hozzájárul).</w:t>
      </w:r>
    </w:p>
    <w:p w14:paraId="476E3C17" w14:textId="25329FE5"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6.4.</w:t>
      </w:r>
      <w:r w:rsidR="002555F8" w:rsidRPr="00F7027C">
        <w:rPr>
          <w:rFonts w:ascii="Times New Roman" w:hAnsi="Times New Roman" w:cs="Times New Roman"/>
          <w:i/>
          <w:iCs/>
          <w:sz w:val="24"/>
          <w:szCs w:val="24"/>
          <w:shd w:val="clear" w:color="auto" w:fill="FFFFFF"/>
          <w:lang w:val="hu-HU"/>
        </w:rPr>
        <w:t xml:space="preserve"> Az adatkezelés időtartama</w:t>
      </w:r>
    </w:p>
    <w:p w14:paraId="6B0419B1" w14:textId="77777777" w:rsidR="002555F8" w:rsidRPr="00F7027C" w:rsidRDefault="002555F8" w:rsidP="005E7414">
      <w:pPr>
        <w:numPr>
          <w:ilvl w:val="0"/>
          <w:numId w:val="5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Számlaadatok és kapcsolódó pénzügyi adatok: a számviteli törvény szerint 8 évig megőrzendők.</w:t>
      </w:r>
    </w:p>
    <w:p w14:paraId="06B6BC19" w14:textId="6D4EF241" w:rsidR="002555F8" w:rsidRPr="00F7027C" w:rsidRDefault="002555F8" w:rsidP="005E7414">
      <w:pPr>
        <w:numPr>
          <w:ilvl w:val="0"/>
          <w:numId w:val="54"/>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utalvány felhasználásához szükséges adatok: az utalvány érvényességi idejének lejárta + 1 év.</w:t>
      </w:r>
    </w:p>
    <w:p w14:paraId="2B5AC860" w14:textId="36A775DC"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6.</w:t>
      </w:r>
      <w:r w:rsidR="002555F8" w:rsidRPr="00F7027C">
        <w:rPr>
          <w:rFonts w:ascii="Times New Roman" w:hAnsi="Times New Roman" w:cs="Times New Roman"/>
          <w:i/>
          <w:iCs/>
          <w:sz w:val="24"/>
          <w:szCs w:val="24"/>
          <w:shd w:val="clear" w:color="auto" w:fill="FFFFFF"/>
          <w:lang w:val="hu-HU"/>
        </w:rPr>
        <w:t>5. Adatok továbbítása, hozzáférés</w:t>
      </w:r>
    </w:p>
    <w:p w14:paraId="54C5D4AE" w14:textId="77777777" w:rsidR="002555F8" w:rsidRPr="00F7027C" w:rsidRDefault="002555F8" w:rsidP="005E7414">
      <w:pPr>
        <w:numPr>
          <w:ilvl w:val="0"/>
          <w:numId w:val="5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Hozzáférés: a Vendégház üzemeltetője, pénzügyi ügyintézője, könyvelője.</w:t>
      </w:r>
    </w:p>
    <w:p w14:paraId="447CEDD4" w14:textId="77777777" w:rsidR="002555F8" w:rsidRPr="00F7027C" w:rsidRDefault="002555F8" w:rsidP="005E7414">
      <w:pPr>
        <w:numPr>
          <w:ilvl w:val="0"/>
          <w:numId w:val="5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Adattovábbítás:</w:t>
      </w:r>
    </w:p>
    <w:p w14:paraId="07BCB6F6" w14:textId="77777777" w:rsidR="002555F8" w:rsidRPr="00F7027C" w:rsidRDefault="002555F8" w:rsidP="005E7414">
      <w:pPr>
        <w:numPr>
          <w:ilvl w:val="1"/>
          <w:numId w:val="5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Könyvelő (adatfeldolgozóként) – pénzügyi nyilvántartás céljából.</w:t>
      </w:r>
    </w:p>
    <w:p w14:paraId="6DC39FC8" w14:textId="77777777" w:rsidR="002555F8" w:rsidRPr="00F7027C" w:rsidRDefault="002555F8" w:rsidP="005E7414">
      <w:pPr>
        <w:numPr>
          <w:ilvl w:val="1"/>
          <w:numId w:val="5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Bank – fizetési tranzakció lebonyolításához.</w:t>
      </w:r>
    </w:p>
    <w:p w14:paraId="126D2886" w14:textId="4FF6C2BA" w:rsidR="002555F8" w:rsidRPr="00F7027C" w:rsidRDefault="002555F8" w:rsidP="005E7414">
      <w:pPr>
        <w:numPr>
          <w:ilvl w:val="0"/>
          <w:numId w:val="55"/>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Harmadik félnek adatot kizárólag jogszabályi kötelezés esetén adunk át (pl. adóhatóság).</w:t>
      </w:r>
    </w:p>
    <w:p w14:paraId="00B84CF0" w14:textId="3E4C5404" w:rsidR="002555F8"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t>6.</w:t>
      </w:r>
      <w:r w:rsidR="002555F8" w:rsidRPr="00F7027C">
        <w:rPr>
          <w:rFonts w:ascii="Times New Roman" w:hAnsi="Times New Roman" w:cs="Times New Roman"/>
          <w:i/>
          <w:iCs/>
          <w:sz w:val="24"/>
          <w:szCs w:val="24"/>
          <w:shd w:val="clear" w:color="auto" w:fill="FFFFFF"/>
          <w:lang w:val="hu-HU"/>
        </w:rPr>
        <w:t>6. Adatbiztonság</w:t>
      </w:r>
    </w:p>
    <w:p w14:paraId="396C45C4" w14:textId="77777777" w:rsidR="002555F8" w:rsidRPr="00F7027C" w:rsidRDefault="002555F8" w:rsidP="005E7414">
      <w:pPr>
        <w:numPr>
          <w:ilvl w:val="0"/>
          <w:numId w:val="56"/>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Elektronikus adatok: jelszóval védett számlázási és nyilvántartó rendszer, titkosított adatátvitel (SSL/TLS).</w:t>
      </w:r>
    </w:p>
    <w:p w14:paraId="09BD3AFD" w14:textId="77777777" w:rsidR="002555F8" w:rsidRPr="00F7027C" w:rsidRDefault="002555F8" w:rsidP="005E7414">
      <w:pPr>
        <w:numPr>
          <w:ilvl w:val="0"/>
          <w:numId w:val="56"/>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Papíralapú bizonylatok: zárt szekrényben, kizárólag jogosult személyek által hozzáférhető módon.</w:t>
      </w:r>
    </w:p>
    <w:p w14:paraId="1CC176B4" w14:textId="50FE3BE5" w:rsidR="002555F8" w:rsidRDefault="002555F8" w:rsidP="005E7414">
      <w:pPr>
        <w:numPr>
          <w:ilvl w:val="0"/>
          <w:numId w:val="56"/>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Pénzügyi tranzakciók: banki biztonsági protokolloknak megfelelő kezelés.</w:t>
      </w:r>
    </w:p>
    <w:p w14:paraId="5B9C208D" w14:textId="77777777" w:rsidR="005E7414" w:rsidRDefault="005E7414"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p>
    <w:p w14:paraId="401F9B6B" w14:textId="77777777" w:rsidR="005E7414" w:rsidRPr="00F7027C" w:rsidRDefault="005E7414" w:rsidP="006647B4">
      <w:pPr>
        <w:spacing w:before="100" w:beforeAutospacing="1" w:after="100" w:afterAutospacing="1" w:line="240" w:lineRule="auto"/>
        <w:jc w:val="both"/>
        <w:rPr>
          <w:rFonts w:ascii="Times New Roman" w:hAnsi="Times New Roman" w:cs="Times New Roman"/>
          <w:sz w:val="24"/>
          <w:szCs w:val="24"/>
          <w:shd w:val="clear" w:color="auto" w:fill="FFFFFF"/>
          <w:lang w:val="hu-HU"/>
        </w:rPr>
      </w:pPr>
    </w:p>
    <w:p w14:paraId="078AF917" w14:textId="77777777" w:rsidR="00843F1C" w:rsidRPr="00F7027C" w:rsidRDefault="00533A87" w:rsidP="005E7414">
      <w:pPr>
        <w:spacing w:before="100" w:beforeAutospacing="1" w:after="100" w:afterAutospacing="1" w:line="240" w:lineRule="auto"/>
        <w:ind w:left="851" w:hanging="567"/>
        <w:jc w:val="both"/>
        <w:rPr>
          <w:rFonts w:ascii="Times New Roman" w:hAnsi="Times New Roman" w:cs="Times New Roman"/>
          <w:i/>
          <w:iCs/>
          <w:sz w:val="24"/>
          <w:szCs w:val="24"/>
          <w:shd w:val="clear" w:color="auto" w:fill="FFFFFF"/>
          <w:lang w:val="hu-HU"/>
        </w:rPr>
      </w:pPr>
      <w:r w:rsidRPr="00F7027C">
        <w:rPr>
          <w:rFonts w:ascii="Times New Roman" w:hAnsi="Times New Roman" w:cs="Times New Roman"/>
          <w:i/>
          <w:iCs/>
          <w:sz w:val="24"/>
          <w:szCs w:val="24"/>
          <w:shd w:val="clear" w:color="auto" w:fill="FFFFFF"/>
          <w:lang w:val="hu-HU"/>
        </w:rPr>
        <w:lastRenderedPageBreak/>
        <w:t>6.</w:t>
      </w:r>
      <w:r w:rsidR="002555F8" w:rsidRPr="00F7027C">
        <w:rPr>
          <w:rFonts w:ascii="Times New Roman" w:hAnsi="Times New Roman" w:cs="Times New Roman"/>
          <w:i/>
          <w:iCs/>
          <w:sz w:val="24"/>
          <w:szCs w:val="24"/>
          <w:shd w:val="clear" w:color="auto" w:fill="FFFFFF"/>
          <w:lang w:val="hu-HU"/>
        </w:rPr>
        <w:t>7. Az érintettek jogai</w:t>
      </w:r>
    </w:p>
    <w:p w14:paraId="44F39655" w14:textId="5F1A1B02"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érintett jogosult:</w:t>
      </w:r>
    </w:p>
    <w:p w14:paraId="4FDB0488" w14:textId="77777777" w:rsidR="002555F8" w:rsidRPr="00F7027C" w:rsidRDefault="002555F8" w:rsidP="005E7414">
      <w:pPr>
        <w:numPr>
          <w:ilvl w:val="0"/>
          <w:numId w:val="5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tájékoztatást kérni az adatkezelésről,</w:t>
      </w:r>
    </w:p>
    <w:p w14:paraId="2049C474" w14:textId="77777777" w:rsidR="002555F8" w:rsidRPr="00F7027C" w:rsidRDefault="002555F8" w:rsidP="005E7414">
      <w:pPr>
        <w:numPr>
          <w:ilvl w:val="0"/>
          <w:numId w:val="5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 személyes adatok helyesbítését,</w:t>
      </w:r>
    </w:p>
    <w:p w14:paraId="490250F6" w14:textId="77777777" w:rsidR="002555F8" w:rsidRPr="00F7027C" w:rsidRDefault="002555F8" w:rsidP="005E7414">
      <w:pPr>
        <w:numPr>
          <w:ilvl w:val="0"/>
          <w:numId w:val="5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az adatok törlését (ha a megőrzés nem kötelező),</w:t>
      </w:r>
    </w:p>
    <w:p w14:paraId="78E8B765" w14:textId="77777777" w:rsidR="002555F8" w:rsidRPr="00F7027C" w:rsidRDefault="002555F8" w:rsidP="005E7414">
      <w:pPr>
        <w:numPr>
          <w:ilvl w:val="0"/>
          <w:numId w:val="5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korlátozni az adatkezelést,</w:t>
      </w:r>
    </w:p>
    <w:p w14:paraId="12D08937" w14:textId="77777777" w:rsidR="002555F8" w:rsidRPr="00F7027C" w:rsidRDefault="002555F8" w:rsidP="005E7414">
      <w:pPr>
        <w:numPr>
          <w:ilvl w:val="0"/>
          <w:numId w:val="5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tiltakozni az adatkezelés ellen,</w:t>
      </w:r>
    </w:p>
    <w:p w14:paraId="3BB84567" w14:textId="77777777" w:rsidR="00843F1C" w:rsidRPr="00F7027C" w:rsidRDefault="002555F8" w:rsidP="005E7414">
      <w:pPr>
        <w:numPr>
          <w:ilvl w:val="0"/>
          <w:numId w:val="57"/>
        </w:num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kérni az adatok hordozhatóságát (ha technikailag megvalósítható és jogszabály nem zárja ki).</w:t>
      </w:r>
    </w:p>
    <w:p w14:paraId="6F5A2AFF" w14:textId="73DE8C46" w:rsidR="002555F8" w:rsidRPr="00F7027C" w:rsidRDefault="002555F8" w:rsidP="005E7414">
      <w:pPr>
        <w:spacing w:before="100" w:beforeAutospacing="1" w:after="100" w:afterAutospacing="1"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jogok gyakorlása a szabályzatban megadott elérhetőségeken keresztül lehetséges.</w:t>
      </w:r>
    </w:p>
    <w:p w14:paraId="48CED488" w14:textId="2A38B4BF" w:rsidR="00843F1C" w:rsidRPr="00F7027C" w:rsidRDefault="00000000" w:rsidP="005E7414">
      <w:pPr>
        <w:pStyle w:val="Cmsor2"/>
        <w:numPr>
          <w:ilvl w:val="1"/>
          <w:numId w:val="57"/>
        </w:numPr>
        <w:spacing w:line="240" w:lineRule="auto"/>
        <w:ind w:left="567" w:hanging="425"/>
        <w:jc w:val="both"/>
        <w:rPr>
          <w:rFonts w:ascii="Times New Roman" w:eastAsiaTheme="minorEastAsia" w:hAnsi="Times New Roman" w:cs="Times New Roman"/>
          <w:color w:val="auto"/>
          <w:sz w:val="24"/>
          <w:szCs w:val="24"/>
          <w:shd w:val="clear" w:color="auto" w:fill="FFFFFF"/>
          <w:lang w:val="hu-HU"/>
        </w:rPr>
      </w:pPr>
      <w:proofErr w:type="spellStart"/>
      <w:r w:rsidRPr="00F7027C">
        <w:rPr>
          <w:rFonts w:ascii="Times New Roman" w:eastAsiaTheme="minorEastAsia" w:hAnsi="Times New Roman" w:cs="Times New Roman"/>
          <w:color w:val="auto"/>
          <w:sz w:val="24"/>
          <w:szCs w:val="24"/>
          <w:shd w:val="clear" w:color="auto" w:fill="FFFFFF"/>
          <w:lang w:val="hu-HU"/>
        </w:rPr>
        <w:t>Cookie</w:t>
      </w:r>
      <w:proofErr w:type="spellEnd"/>
      <w:r w:rsidRPr="00F7027C">
        <w:rPr>
          <w:rFonts w:ascii="Times New Roman" w:eastAsiaTheme="minorEastAsia" w:hAnsi="Times New Roman" w:cs="Times New Roman"/>
          <w:color w:val="auto"/>
          <w:sz w:val="24"/>
          <w:szCs w:val="24"/>
          <w:shd w:val="clear" w:color="auto" w:fill="FFFFFF"/>
          <w:lang w:val="hu-HU"/>
        </w:rPr>
        <w:t>-k és hasonló technológiák használata</w:t>
      </w:r>
    </w:p>
    <w:p w14:paraId="20AC7D7D" w14:textId="77777777" w:rsidR="00843F1C" w:rsidRPr="00F7027C" w:rsidRDefault="00843F1C" w:rsidP="005E7414">
      <w:pPr>
        <w:spacing w:after="0" w:line="240" w:lineRule="auto"/>
        <w:rPr>
          <w:rFonts w:ascii="Times New Roman" w:hAnsi="Times New Roman" w:cs="Times New Roman"/>
          <w:sz w:val="24"/>
          <w:szCs w:val="24"/>
          <w:lang w:val="hu-HU"/>
        </w:rPr>
      </w:pPr>
    </w:p>
    <w:p w14:paraId="539EB526"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Honlapunk </w:t>
      </w:r>
      <w:proofErr w:type="spellStart"/>
      <w:r w:rsidRPr="00F7027C">
        <w:rPr>
          <w:rFonts w:ascii="Times New Roman" w:hAnsi="Times New Roman" w:cs="Times New Roman"/>
          <w:sz w:val="24"/>
          <w:szCs w:val="24"/>
          <w:shd w:val="clear" w:color="auto" w:fill="FFFFFF"/>
          <w:lang w:val="hu-HU"/>
        </w:rPr>
        <w:t>cookie-kat</w:t>
      </w:r>
      <w:proofErr w:type="spellEnd"/>
      <w:r w:rsidRPr="00F7027C">
        <w:rPr>
          <w:rFonts w:ascii="Times New Roman" w:hAnsi="Times New Roman" w:cs="Times New Roman"/>
          <w:sz w:val="24"/>
          <w:szCs w:val="24"/>
          <w:shd w:val="clear" w:color="auto" w:fill="FFFFFF"/>
          <w:lang w:val="hu-HU"/>
        </w:rPr>
        <w:t xml:space="preserve"> (sütiket) használ a felhasználói élmény fokozása, látogatottsági statisztikák és biztonsági funkciók érdekében.</w:t>
      </w:r>
    </w:p>
    <w:p w14:paraId="0A984F7F"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A </w:t>
      </w:r>
      <w:proofErr w:type="spellStart"/>
      <w:r w:rsidRPr="00F7027C">
        <w:rPr>
          <w:rFonts w:ascii="Times New Roman" w:hAnsi="Times New Roman" w:cs="Times New Roman"/>
          <w:sz w:val="24"/>
          <w:szCs w:val="24"/>
          <w:shd w:val="clear" w:color="auto" w:fill="FFFFFF"/>
          <w:lang w:val="hu-HU"/>
        </w:rPr>
        <w:t>cookie</w:t>
      </w:r>
      <w:proofErr w:type="spellEnd"/>
      <w:r w:rsidRPr="00F7027C">
        <w:rPr>
          <w:rFonts w:ascii="Times New Roman" w:hAnsi="Times New Roman" w:cs="Times New Roman"/>
          <w:sz w:val="24"/>
          <w:szCs w:val="24"/>
          <w:shd w:val="clear" w:color="auto" w:fill="FFFFFF"/>
          <w:lang w:val="hu-HU"/>
        </w:rPr>
        <w:t>-k használatához a honlap első látogatásakor hozzájárulást kérünk.</w:t>
      </w:r>
    </w:p>
    <w:p w14:paraId="102E62B4"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A felhasználó a böngésző beállításaiban bármikor letilthatja vagy törölheti a </w:t>
      </w:r>
      <w:proofErr w:type="spellStart"/>
      <w:r w:rsidRPr="00F7027C">
        <w:rPr>
          <w:rFonts w:ascii="Times New Roman" w:hAnsi="Times New Roman" w:cs="Times New Roman"/>
          <w:sz w:val="24"/>
          <w:szCs w:val="24"/>
          <w:shd w:val="clear" w:color="auto" w:fill="FFFFFF"/>
          <w:lang w:val="hu-HU"/>
        </w:rPr>
        <w:t>cookie</w:t>
      </w:r>
      <w:proofErr w:type="spellEnd"/>
      <w:r w:rsidRPr="00F7027C">
        <w:rPr>
          <w:rFonts w:ascii="Times New Roman" w:hAnsi="Times New Roman" w:cs="Times New Roman"/>
          <w:sz w:val="24"/>
          <w:szCs w:val="24"/>
          <w:shd w:val="clear" w:color="auto" w:fill="FFFFFF"/>
          <w:lang w:val="hu-HU"/>
        </w:rPr>
        <w:t>-kat.</w:t>
      </w:r>
    </w:p>
    <w:p w14:paraId="5E8D4345"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A weboldalon használt sütik lehetnek munkamenet sütik, analitikai sütik (pl. Google </w:t>
      </w:r>
      <w:proofErr w:type="spellStart"/>
      <w:r w:rsidRPr="00F7027C">
        <w:rPr>
          <w:rFonts w:ascii="Times New Roman" w:hAnsi="Times New Roman" w:cs="Times New Roman"/>
          <w:sz w:val="24"/>
          <w:szCs w:val="24"/>
          <w:shd w:val="clear" w:color="auto" w:fill="FFFFFF"/>
          <w:lang w:val="hu-HU"/>
        </w:rPr>
        <w:t>Analytics</w:t>
      </w:r>
      <w:proofErr w:type="spellEnd"/>
      <w:r w:rsidRPr="00F7027C">
        <w:rPr>
          <w:rFonts w:ascii="Times New Roman" w:hAnsi="Times New Roman" w:cs="Times New Roman"/>
          <w:sz w:val="24"/>
          <w:szCs w:val="24"/>
          <w:shd w:val="clear" w:color="auto" w:fill="FFFFFF"/>
          <w:lang w:val="hu-HU"/>
        </w:rPr>
        <w:t>), vagy marketing célú sütik (csak hozzájárulás esetén).</w:t>
      </w:r>
    </w:p>
    <w:p w14:paraId="3D06D7A9" w14:textId="77777777" w:rsidR="000327F4" w:rsidRPr="00F7027C" w:rsidRDefault="000327F4" w:rsidP="005E7414">
      <w:pPr>
        <w:pStyle w:val="Felsorols"/>
        <w:numPr>
          <w:ilvl w:val="0"/>
          <w:numId w:val="0"/>
        </w:numPr>
        <w:spacing w:after="0" w:line="240" w:lineRule="auto"/>
        <w:ind w:left="360"/>
        <w:jc w:val="both"/>
        <w:rPr>
          <w:rFonts w:ascii="Times New Roman" w:hAnsi="Times New Roman" w:cs="Times New Roman"/>
          <w:sz w:val="24"/>
          <w:szCs w:val="24"/>
          <w:shd w:val="clear" w:color="auto" w:fill="FFFFFF"/>
          <w:lang w:val="hu-HU"/>
        </w:rPr>
      </w:pPr>
    </w:p>
    <w:p w14:paraId="0EE6D241" w14:textId="206B0090" w:rsidR="00843F1C" w:rsidRPr="00F7027C" w:rsidRDefault="00000000" w:rsidP="005E7414">
      <w:pPr>
        <w:pStyle w:val="Cmsor2"/>
        <w:numPr>
          <w:ilvl w:val="1"/>
          <w:numId w:val="57"/>
        </w:numPr>
        <w:spacing w:before="0" w:line="240" w:lineRule="auto"/>
        <w:ind w:left="567" w:hanging="425"/>
        <w:jc w:val="both"/>
        <w:rPr>
          <w:rFonts w:ascii="Times New Roman" w:eastAsiaTheme="minorEastAsia" w:hAnsi="Times New Roman" w:cs="Times New Roman"/>
          <w:color w:val="auto"/>
          <w:sz w:val="24"/>
          <w:szCs w:val="24"/>
          <w:shd w:val="clear" w:color="auto" w:fill="FFFFFF"/>
          <w:lang w:val="hu-HU"/>
        </w:rPr>
      </w:pPr>
      <w:r w:rsidRPr="00F7027C">
        <w:rPr>
          <w:rFonts w:ascii="Times New Roman" w:eastAsiaTheme="minorEastAsia" w:hAnsi="Times New Roman" w:cs="Times New Roman"/>
          <w:color w:val="auto"/>
          <w:sz w:val="24"/>
          <w:szCs w:val="24"/>
          <w:shd w:val="clear" w:color="auto" w:fill="FFFFFF"/>
          <w:lang w:val="hu-HU"/>
        </w:rPr>
        <w:t>Adatok továbbítása, adatfeldolgozók</w:t>
      </w:r>
    </w:p>
    <w:p w14:paraId="0514098B" w14:textId="77777777" w:rsidR="00843F1C" w:rsidRPr="00F7027C" w:rsidRDefault="00843F1C" w:rsidP="005E7414">
      <w:pPr>
        <w:spacing w:after="0" w:line="240" w:lineRule="auto"/>
        <w:rPr>
          <w:rFonts w:ascii="Times New Roman" w:hAnsi="Times New Roman" w:cs="Times New Roman"/>
          <w:sz w:val="24"/>
          <w:szCs w:val="24"/>
          <w:lang w:val="hu-HU"/>
        </w:rPr>
      </w:pPr>
    </w:p>
    <w:p w14:paraId="2515EAAE"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Adatfeldolgozók, akikkel az Adatkezelő szerződést kötött:</w:t>
      </w:r>
    </w:p>
    <w:p w14:paraId="54D8D2A7"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 - Webtárhely-szolgáltató: [Szolgáltató neve]</w:t>
      </w:r>
    </w:p>
    <w:p w14:paraId="1D162869"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 - Könyvelő iroda: [Név]</w:t>
      </w:r>
    </w:p>
    <w:p w14:paraId="76191284"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 - Online foglalási rendszer üzemeltetője (ha van): [Szolgáltató neve]</w:t>
      </w:r>
    </w:p>
    <w:p w14:paraId="3AE85202"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Az adatokat harmadik országba nem továbbítjuk, </w:t>
      </w:r>
      <w:proofErr w:type="gramStart"/>
      <w:r w:rsidRPr="00F7027C">
        <w:rPr>
          <w:rFonts w:ascii="Times New Roman" w:hAnsi="Times New Roman" w:cs="Times New Roman"/>
          <w:sz w:val="24"/>
          <w:szCs w:val="24"/>
          <w:shd w:val="clear" w:color="auto" w:fill="FFFFFF"/>
          <w:lang w:val="hu-HU"/>
        </w:rPr>
        <w:t>kivéve</w:t>
      </w:r>
      <w:proofErr w:type="gramEnd"/>
      <w:r w:rsidRPr="00F7027C">
        <w:rPr>
          <w:rFonts w:ascii="Times New Roman" w:hAnsi="Times New Roman" w:cs="Times New Roman"/>
          <w:sz w:val="24"/>
          <w:szCs w:val="24"/>
          <w:shd w:val="clear" w:color="auto" w:fill="FFFFFF"/>
          <w:lang w:val="hu-HU"/>
        </w:rPr>
        <w:t xml:space="preserve"> ha azt a vendég kifejezetten kéri.</w:t>
      </w:r>
    </w:p>
    <w:p w14:paraId="72B83143" w14:textId="77777777" w:rsidR="000327F4" w:rsidRPr="00F7027C" w:rsidRDefault="000327F4" w:rsidP="005E7414">
      <w:pPr>
        <w:pStyle w:val="Felsorols"/>
        <w:numPr>
          <w:ilvl w:val="0"/>
          <w:numId w:val="0"/>
        </w:numPr>
        <w:spacing w:after="0" w:line="240" w:lineRule="auto"/>
        <w:ind w:left="360"/>
        <w:jc w:val="both"/>
        <w:rPr>
          <w:rFonts w:ascii="Times New Roman" w:hAnsi="Times New Roman" w:cs="Times New Roman"/>
          <w:sz w:val="24"/>
          <w:szCs w:val="24"/>
          <w:shd w:val="clear" w:color="auto" w:fill="FFFFFF"/>
          <w:lang w:val="hu-HU"/>
        </w:rPr>
      </w:pPr>
    </w:p>
    <w:p w14:paraId="7D9EDA89" w14:textId="188FF2F6" w:rsidR="00BD5F17" w:rsidRPr="00F7027C" w:rsidRDefault="00000000" w:rsidP="005E7414">
      <w:pPr>
        <w:pStyle w:val="Cmsor2"/>
        <w:numPr>
          <w:ilvl w:val="1"/>
          <w:numId w:val="57"/>
        </w:numPr>
        <w:spacing w:before="0" w:line="240" w:lineRule="auto"/>
        <w:ind w:left="567" w:hanging="425"/>
        <w:jc w:val="both"/>
        <w:rPr>
          <w:rFonts w:ascii="Times New Roman" w:eastAsiaTheme="minorEastAsia" w:hAnsi="Times New Roman" w:cs="Times New Roman"/>
          <w:color w:val="auto"/>
          <w:sz w:val="24"/>
          <w:szCs w:val="24"/>
          <w:shd w:val="clear" w:color="auto" w:fill="FFFFFF"/>
          <w:lang w:val="hu-HU"/>
        </w:rPr>
      </w:pPr>
      <w:r w:rsidRPr="00F7027C">
        <w:rPr>
          <w:rFonts w:ascii="Times New Roman" w:eastAsiaTheme="minorEastAsia" w:hAnsi="Times New Roman" w:cs="Times New Roman"/>
          <w:color w:val="auto"/>
          <w:sz w:val="24"/>
          <w:szCs w:val="24"/>
          <w:shd w:val="clear" w:color="auto" w:fill="FFFFFF"/>
          <w:lang w:val="hu-HU"/>
        </w:rPr>
        <w:t>Az érintettek jogai</w:t>
      </w:r>
    </w:p>
    <w:p w14:paraId="23449189" w14:textId="77777777" w:rsidR="00843F1C" w:rsidRPr="00F7027C" w:rsidRDefault="00843F1C" w:rsidP="005E7414">
      <w:pPr>
        <w:spacing w:after="0" w:line="240" w:lineRule="auto"/>
        <w:rPr>
          <w:rFonts w:ascii="Times New Roman" w:hAnsi="Times New Roman" w:cs="Times New Roman"/>
          <w:sz w:val="24"/>
          <w:szCs w:val="24"/>
          <w:lang w:val="hu-HU"/>
        </w:rPr>
      </w:pPr>
    </w:p>
    <w:p w14:paraId="5232A25E"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Hozzáférés joga – Ön jogosult tájékoztatást kérni arról, hogy kezelünk-e Önről adatot.</w:t>
      </w:r>
    </w:p>
    <w:p w14:paraId="7B8BDFDD"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Helyesbítéshez való jog – Pontatlan adat esetén kérheti azok módosítását.</w:t>
      </w:r>
    </w:p>
    <w:p w14:paraId="40181AD2"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Törléshez való jog – Bizonyos feltételek mellett kérheti adatai törlését ('elfeledtetéshez való jog').</w:t>
      </w:r>
    </w:p>
    <w:p w14:paraId="77C9B5BD"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Adatkezelés korlátozásának joga – Kérheti, hogy bizonyos adatokat csak tároljunk, de ne kezeljünk aktívan.</w:t>
      </w:r>
    </w:p>
    <w:p w14:paraId="104E107E"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Adathordozhatóság joga – Jogosult adatait strukturált, géppel olvasható formátumban megkapni és másik szolgáltatóhoz továbbítani.</w:t>
      </w:r>
    </w:p>
    <w:p w14:paraId="1DDB7CEE"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lastRenderedPageBreak/>
        <w:t>Tiltakozás joga – Jogos érdeken alapuló adatkezelés ellen tiltakozhat.</w:t>
      </w:r>
    </w:p>
    <w:p w14:paraId="0854710F"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Hozzájárulás visszavonása – Bármikor visszavonhatja korábban megadott hozzájárulását, a visszavonás előtt végzett adatkezelés jogszerű marad.</w:t>
      </w:r>
    </w:p>
    <w:p w14:paraId="2A820193"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Jogorvoslati lehetőségek – Panaszt tehet a Nemzeti Adatvédelmi és Információszabadság Hatóságnál (NAIH), vagy bírósághoz fordulhat.</w:t>
      </w:r>
    </w:p>
    <w:p w14:paraId="29CC987D" w14:textId="77777777" w:rsidR="000327F4" w:rsidRPr="00F7027C" w:rsidRDefault="000327F4" w:rsidP="005E7414">
      <w:pPr>
        <w:pStyle w:val="Felsorols"/>
        <w:numPr>
          <w:ilvl w:val="0"/>
          <w:numId w:val="0"/>
        </w:numPr>
        <w:spacing w:after="0" w:line="240" w:lineRule="auto"/>
        <w:ind w:left="360"/>
        <w:jc w:val="both"/>
        <w:rPr>
          <w:rFonts w:ascii="Times New Roman" w:hAnsi="Times New Roman" w:cs="Times New Roman"/>
          <w:sz w:val="24"/>
          <w:szCs w:val="24"/>
          <w:shd w:val="clear" w:color="auto" w:fill="FFFFFF"/>
          <w:lang w:val="hu-HU"/>
        </w:rPr>
      </w:pPr>
    </w:p>
    <w:p w14:paraId="588335EC" w14:textId="4080AB87" w:rsidR="00BD5F17" w:rsidRPr="00F7027C" w:rsidRDefault="00000000" w:rsidP="005E7414">
      <w:pPr>
        <w:pStyle w:val="Cmsor2"/>
        <w:numPr>
          <w:ilvl w:val="1"/>
          <w:numId w:val="57"/>
        </w:numPr>
        <w:spacing w:line="240" w:lineRule="auto"/>
        <w:ind w:left="709" w:hanging="567"/>
        <w:jc w:val="both"/>
        <w:rPr>
          <w:rFonts w:ascii="Times New Roman" w:eastAsiaTheme="minorEastAsia" w:hAnsi="Times New Roman" w:cs="Times New Roman"/>
          <w:color w:val="auto"/>
          <w:sz w:val="24"/>
          <w:szCs w:val="24"/>
          <w:shd w:val="clear" w:color="auto" w:fill="FFFFFF"/>
          <w:lang w:val="hu-HU"/>
        </w:rPr>
      </w:pPr>
      <w:r w:rsidRPr="00F7027C">
        <w:rPr>
          <w:rFonts w:ascii="Times New Roman" w:eastAsiaTheme="minorEastAsia" w:hAnsi="Times New Roman" w:cs="Times New Roman"/>
          <w:color w:val="auto"/>
          <w:sz w:val="24"/>
          <w:szCs w:val="24"/>
          <w:shd w:val="clear" w:color="auto" w:fill="FFFFFF"/>
          <w:lang w:val="hu-HU"/>
        </w:rPr>
        <w:t>Adatbiztonság</w:t>
      </w:r>
    </w:p>
    <w:p w14:paraId="5F2F9C01" w14:textId="77777777" w:rsidR="00843F1C" w:rsidRPr="00F7027C" w:rsidRDefault="00843F1C" w:rsidP="005E7414">
      <w:pPr>
        <w:spacing w:after="0" w:line="240" w:lineRule="auto"/>
        <w:rPr>
          <w:rFonts w:ascii="Times New Roman" w:hAnsi="Times New Roman" w:cs="Times New Roman"/>
          <w:sz w:val="24"/>
          <w:szCs w:val="24"/>
          <w:lang w:val="hu-HU"/>
        </w:rPr>
      </w:pPr>
    </w:p>
    <w:p w14:paraId="3CB8908D" w14:textId="77777777" w:rsidR="00BD5F17"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Adatkezelő megfelelő technikai és szervezési intézkedésekkel gondoskodik a személyes adatok biztonságáról.</w:t>
      </w:r>
    </w:p>
    <w:p w14:paraId="430F9703" w14:textId="261E4E73" w:rsidR="00E5330D"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 rendszereinkhez való hozzáférés korlátozott, jelszóval és titkosítással védett.</w:t>
      </w:r>
    </w:p>
    <w:p w14:paraId="032DF9FD" w14:textId="73B461FC" w:rsidR="00E5330D" w:rsidRPr="00F7027C" w:rsidRDefault="00000000" w:rsidP="005E7414">
      <w:pPr>
        <w:pStyle w:val="Felsorols"/>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Papíralapú dokumentumokat zárható szekrényben tárolunk, korlátozott hozzáféréssel.</w:t>
      </w:r>
    </w:p>
    <w:p w14:paraId="43145F24" w14:textId="77777777" w:rsidR="00D52519" w:rsidRPr="00F7027C" w:rsidRDefault="00D52519" w:rsidP="005E7414">
      <w:pPr>
        <w:pStyle w:val="Felsorols"/>
        <w:numPr>
          <w:ilvl w:val="0"/>
          <w:numId w:val="0"/>
        </w:numPr>
        <w:spacing w:after="0" w:line="240" w:lineRule="auto"/>
        <w:ind w:left="360"/>
        <w:jc w:val="both"/>
        <w:rPr>
          <w:rFonts w:ascii="Times New Roman" w:hAnsi="Times New Roman" w:cs="Times New Roman"/>
          <w:sz w:val="24"/>
          <w:szCs w:val="24"/>
          <w:shd w:val="clear" w:color="auto" w:fill="FFFFFF"/>
          <w:lang w:val="hu-HU"/>
        </w:rPr>
      </w:pPr>
    </w:p>
    <w:p w14:paraId="6533FE98" w14:textId="16BB0BA0" w:rsidR="00843F1C" w:rsidRPr="00F7027C" w:rsidRDefault="00D52519" w:rsidP="005E7414">
      <w:pPr>
        <w:pStyle w:val="Listaszerbekezds"/>
        <w:numPr>
          <w:ilvl w:val="1"/>
          <w:numId w:val="57"/>
        </w:numPr>
        <w:spacing w:after="0" w:line="240" w:lineRule="auto"/>
        <w:ind w:left="709" w:hanging="567"/>
        <w:jc w:val="both"/>
        <w:rPr>
          <w:rFonts w:ascii="Times New Roman" w:hAnsi="Times New Roman" w:cs="Times New Roman"/>
          <w:b/>
          <w:bCs/>
          <w:sz w:val="24"/>
          <w:szCs w:val="24"/>
          <w:shd w:val="clear" w:color="auto" w:fill="FFFFFF"/>
          <w:lang w:val="hu-HU"/>
        </w:rPr>
      </w:pPr>
      <w:r w:rsidRPr="00F7027C">
        <w:rPr>
          <w:rFonts w:ascii="Times New Roman" w:hAnsi="Times New Roman" w:cs="Times New Roman"/>
          <w:b/>
          <w:bCs/>
          <w:sz w:val="24"/>
          <w:szCs w:val="24"/>
          <w:shd w:val="clear" w:color="auto" w:fill="FFFFFF"/>
          <w:lang w:val="hu-HU"/>
        </w:rPr>
        <w:t>Panasz benyújtásának lehetősége</w:t>
      </w:r>
    </w:p>
    <w:p w14:paraId="7C24D5C7" w14:textId="77777777" w:rsidR="000327F4" w:rsidRPr="00F7027C" w:rsidRDefault="000327F4" w:rsidP="005E7414">
      <w:pPr>
        <w:pStyle w:val="Listaszerbekezds"/>
        <w:spacing w:after="0" w:line="240" w:lineRule="auto"/>
        <w:ind w:left="709"/>
        <w:jc w:val="both"/>
        <w:rPr>
          <w:rFonts w:ascii="Times New Roman" w:hAnsi="Times New Roman" w:cs="Times New Roman"/>
          <w:b/>
          <w:bCs/>
          <w:sz w:val="24"/>
          <w:szCs w:val="24"/>
          <w:shd w:val="clear" w:color="auto" w:fill="FFFFFF"/>
          <w:lang w:val="hu-HU"/>
        </w:rPr>
      </w:pPr>
    </w:p>
    <w:p w14:paraId="0C23AD0B" w14:textId="77777777" w:rsidR="00843F1C" w:rsidRPr="00F7027C" w:rsidRDefault="00D52519" w:rsidP="005E7414">
      <w:pPr>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Amennyiben az érintett úgy véli, hogy az adatkezelés sérti a jogait, panasszal élhet a Nemzeti Adatvédelmi és Információszabadság Hatóságnál (NAIH):</w:t>
      </w:r>
      <w:r w:rsidR="00843F1C" w:rsidRPr="00F7027C">
        <w:rPr>
          <w:rFonts w:ascii="Times New Roman" w:hAnsi="Times New Roman" w:cs="Times New Roman"/>
          <w:sz w:val="24"/>
          <w:szCs w:val="24"/>
          <w:shd w:val="clear" w:color="auto" w:fill="FFFFFF"/>
          <w:lang w:val="hu-HU"/>
        </w:rPr>
        <w:t xml:space="preserve"> </w:t>
      </w:r>
      <w:r w:rsidRPr="00F7027C">
        <w:rPr>
          <w:rFonts w:ascii="Times New Roman" w:hAnsi="Times New Roman" w:cs="Times New Roman"/>
          <w:sz w:val="24"/>
          <w:szCs w:val="24"/>
          <w:shd w:val="clear" w:color="auto" w:fill="FFFFFF"/>
          <w:lang w:val="hu-HU"/>
        </w:rPr>
        <w:t>1055 Budapest, Falk Miksa utca 9–11.</w:t>
      </w:r>
      <w:r w:rsidR="00843F1C" w:rsidRPr="00F7027C">
        <w:rPr>
          <w:rFonts w:ascii="Times New Roman" w:hAnsi="Times New Roman" w:cs="Times New Roman"/>
          <w:sz w:val="24"/>
          <w:szCs w:val="24"/>
          <w:shd w:val="clear" w:color="auto" w:fill="FFFFFF"/>
          <w:lang w:val="hu-HU"/>
        </w:rPr>
        <w:t xml:space="preserve"> </w:t>
      </w:r>
      <w:r w:rsidRPr="00F7027C">
        <w:rPr>
          <w:rFonts w:ascii="Times New Roman" w:hAnsi="Times New Roman" w:cs="Times New Roman"/>
          <w:sz w:val="24"/>
          <w:szCs w:val="24"/>
          <w:shd w:val="clear" w:color="auto" w:fill="FFFFFF"/>
          <w:lang w:val="hu-HU"/>
        </w:rPr>
        <w:t>Telefon: +36 1 391 1400</w:t>
      </w:r>
    </w:p>
    <w:p w14:paraId="63D43F67" w14:textId="01D1D6BE" w:rsidR="00843F1C" w:rsidRPr="00F7027C" w:rsidRDefault="00D52519" w:rsidP="005E7414">
      <w:pPr>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E-mail: </w:t>
      </w:r>
      <w:hyperlink r:id="rId8" w:history="1">
        <w:r w:rsidR="00843F1C" w:rsidRPr="00F7027C">
          <w:rPr>
            <w:rStyle w:val="Hiperhivatkozs"/>
            <w:rFonts w:ascii="Times New Roman" w:hAnsi="Times New Roman" w:cs="Times New Roman"/>
            <w:sz w:val="24"/>
            <w:szCs w:val="24"/>
            <w:shd w:val="clear" w:color="auto" w:fill="FFFFFF"/>
            <w:lang w:val="hu-HU"/>
          </w:rPr>
          <w:t>ugyfelszolgalat@naih.hu</w:t>
        </w:r>
      </w:hyperlink>
    </w:p>
    <w:p w14:paraId="3AA21781" w14:textId="16544FAB" w:rsidR="00D52519" w:rsidRPr="00F7027C" w:rsidRDefault="00D52519" w:rsidP="005E7414">
      <w:pPr>
        <w:spacing w:after="0"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Web: </w:t>
      </w:r>
      <w:hyperlink r:id="rId9" w:history="1">
        <w:r w:rsidR="00843F1C" w:rsidRPr="00F7027C">
          <w:rPr>
            <w:rStyle w:val="Hiperhivatkozs"/>
            <w:rFonts w:ascii="Times New Roman" w:hAnsi="Times New Roman" w:cs="Times New Roman"/>
            <w:sz w:val="24"/>
            <w:szCs w:val="24"/>
            <w:shd w:val="clear" w:color="auto" w:fill="FFFFFF"/>
            <w:lang w:val="hu-HU"/>
          </w:rPr>
          <w:t>https://www.naih.hu</w:t>
        </w:r>
      </w:hyperlink>
    </w:p>
    <w:p w14:paraId="78F4B5F0" w14:textId="77777777" w:rsidR="00843F1C" w:rsidRPr="00F7027C" w:rsidRDefault="00843F1C" w:rsidP="005E7414">
      <w:pPr>
        <w:spacing w:after="0" w:line="240" w:lineRule="auto"/>
        <w:jc w:val="both"/>
        <w:rPr>
          <w:rFonts w:ascii="Times New Roman" w:hAnsi="Times New Roman" w:cs="Times New Roman"/>
          <w:sz w:val="24"/>
          <w:szCs w:val="24"/>
          <w:shd w:val="clear" w:color="auto" w:fill="FFFFFF"/>
          <w:lang w:val="hu-HU"/>
        </w:rPr>
      </w:pPr>
    </w:p>
    <w:p w14:paraId="0887AF5C" w14:textId="7A540F76" w:rsidR="00BD5F17" w:rsidRPr="00F7027C" w:rsidRDefault="00000000" w:rsidP="005E7414">
      <w:pPr>
        <w:spacing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Az adatvédelmi tájékoztató frissítése a jogszabályi változások és működésbeli módosítások alapján történhet. Kérjük, hogy rendszeresen tájékozódjon az aktuális verzióról weboldalunkon.</w:t>
      </w:r>
    </w:p>
    <w:p w14:paraId="2273FAA6" w14:textId="7FD39671" w:rsidR="00E50ECC" w:rsidRPr="00F7027C" w:rsidRDefault="00E50ECC" w:rsidP="005E7414">
      <w:pPr>
        <w:pStyle w:val="Listaszerbekezds"/>
        <w:numPr>
          <w:ilvl w:val="1"/>
          <w:numId w:val="57"/>
        </w:numPr>
        <w:spacing w:before="100" w:beforeAutospacing="1" w:after="100" w:afterAutospacing="1" w:line="240" w:lineRule="auto"/>
        <w:ind w:left="709" w:hanging="567"/>
        <w:jc w:val="both"/>
        <w:rPr>
          <w:rFonts w:ascii="Times New Roman" w:hAnsi="Times New Roman" w:cs="Times New Roman"/>
          <w:b/>
          <w:bCs/>
          <w:sz w:val="24"/>
          <w:szCs w:val="24"/>
          <w:shd w:val="clear" w:color="auto" w:fill="FFFFFF"/>
          <w:lang w:val="hu-HU"/>
        </w:rPr>
      </w:pPr>
      <w:r w:rsidRPr="00F7027C">
        <w:rPr>
          <w:rFonts w:ascii="Times New Roman" w:hAnsi="Times New Roman" w:cs="Times New Roman"/>
          <w:b/>
          <w:bCs/>
          <w:sz w:val="24"/>
          <w:szCs w:val="24"/>
          <w:shd w:val="clear" w:color="auto" w:fill="FFFFFF"/>
          <w:lang w:val="hu-HU"/>
        </w:rPr>
        <w:t>Adatvédelmi tisztviselő</w:t>
      </w:r>
    </w:p>
    <w:p w14:paraId="48E7A60E" w14:textId="2F6059B1" w:rsidR="00E50ECC" w:rsidRPr="00F7027C" w:rsidRDefault="00E50ECC" w:rsidP="005E7414">
      <w:pPr>
        <w:spacing w:line="240" w:lineRule="auto"/>
        <w:jc w:val="both"/>
        <w:rPr>
          <w:rFonts w:ascii="Times New Roman" w:hAnsi="Times New Roman" w:cs="Times New Roman"/>
          <w:sz w:val="24"/>
          <w:szCs w:val="24"/>
          <w:shd w:val="clear" w:color="auto" w:fill="FFFFFF"/>
          <w:lang w:val="hu-HU"/>
        </w:rPr>
      </w:pPr>
      <w:r w:rsidRPr="00F7027C">
        <w:rPr>
          <w:rFonts w:ascii="Times New Roman" w:hAnsi="Times New Roman" w:cs="Times New Roman"/>
          <w:sz w:val="24"/>
          <w:szCs w:val="24"/>
          <w:shd w:val="clear" w:color="auto" w:fill="FFFFFF"/>
          <w:lang w:val="hu-HU"/>
        </w:rPr>
        <w:t xml:space="preserve">A Fácán Fények Vendégház, mint szállásadó és adatkezelő a GDPR 37. cikke alapján adatvédelmi tisztviselő kijelölésére nem kötelezett. </w:t>
      </w:r>
    </w:p>
    <w:sectPr w:rsidR="00E50ECC" w:rsidRPr="00F7027C" w:rsidSect="00034616">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49E4C" w14:textId="77777777" w:rsidR="0004473F" w:rsidRDefault="0004473F" w:rsidP="005E5D1F">
      <w:pPr>
        <w:spacing w:after="0" w:line="240" w:lineRule="auto"/>
      </w:pPr>
      <w:r>
        <w:separator/>
      </w:r>
    </w:p>
  </w:endnote>
  <w:endnote w:type="continuationSeparator" w:id="0">
    <w:p w14:paraId="47054BBF" w14:textId="77777777" w:rsidR="0004473F" w:rsidRDefault="0004473F" w:rsidP="005E5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814EA" w14:textId="77777777" w:rsidR="0004473F" w:rsidRDefault="0004473F" w:rsidP="005E5D1F">
      <w:pPr>
        <w:spacing w:after="0" w:line="240" w:lineRule="auto"/>
      </w:pPr>
      <w:r>
        <w:separator/>
      </w:r>
    </w:p>
  </w:footnote>
  <w:footnote w:type="continuationSeparator" w:id="0">
    <w:p w14:paraId="78ECFDD9" w14:textId="77777777" w:rsidR="0004473F" w:rsidRDefault="0004473F" w:rsidP="005E5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2698" w14:textId="2B8AE77C" w:rsidR="005E5D1F" w:rsidRDefault="005E5D1F">
    <w:pPr>
      <w:pStyle w:val="lfej"/>
    </w:pPr>
    <w:r>
      <w:rPr>
        <w:noProof/>
      </w:rPr>
      <w:drawing>
        <wp:inline distT="0" distB="0" distL="0" distR="0" wp14:anchorId="09397F37" wp14:editId="2BBB1852">
          <wp:extent cx="874491" cy="770746"/>
          <wp:effectExtent l="0" t="0" r="190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1"/>
                  <a:stretch>
                    <a:fillRect/>
                  </a:stretch>
                </pic:blipFill>
                <pic:spPr>
                  <a:xfrm>
                    <a:off x="0" y="0"/>
                    <a:ext cx="897074" cy="790650"/>
                  </a:xfrm>
                  <a:prstGeom prst="rect">
                    <a:avLst/>
                  </a:prstGeom>
                </pic:spPr>
              </pic:pic>
            </a:graphicData>
          </a:graphic>
        </wp:inline>
      </w:drawing>
    </w:r>
  </w:p>
  <w:p w14:paraId="1DC0DA36" w14:textId="77777777" w:rsidR="005E5D1F" w:rsidRDefault="005E5D1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abstractNum w:abstractNumId="9" w15:restartNumberingAfterBreak="0">
    <w:nsid w:val="00697B56"/>
    <w:multiLevelType w:val="multilevel"/>
    <w:tmpl w:val="A052F4C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724F8A"/>
    <w:multiLevelType w:val="multilevel"/>
    <w:tmpl w:val="561E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BB3F5C"/>
    <w:multiLevelType w:val="multilevel"/>
    <w:tmpl w:val="B9F22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510389"/>
    <w:multiLevelType w:val="multilevel"/>
    <w:tmpl w:val="B804F6B6"/>
    <w:lvl w:ilvl="0">
      <w:start w:val="4"/>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03F57F45"/>
    <w:multiLevelType w:val="multilevel"/>
    <w:tmpl w:val="2830034A"/>
    <w:lvl w:ilvl="0">
      <w:start w:val="3"/>
      <w:numFmt w:val="decimal"/>
      <w:lvlText w:val="%1."/>
      <w:lvlJc w:val="left"/>
      <w:pPr>
        <w:ind w:left="720" w:hanging="360"/>
      </w:pPr>
      <w:rPr>
        <w:rFonts w:hint="default"/>
        <w:b/>
      </w:rPr>
    </w:lvl>
    <w:lvl w:ilvl="1">
      <w:start w:val="1"/>
      <w:numFmt w:val="decimal"/>
      <w:isLgl/>
      <w:lvlText w:val="%2."/>
      <w:lvlJc w:val="left"/>
      <w:pPr>
        <w:ind w:left="720" w:hanging="360"/>
      </w:pPr>
      <w:rPr>
        <w:rFonts w:asciiTheme="majorHAnsi" w:eastAsiaTheme="minorEastAsia" w:hAnsiTheme="majorHAnsi" w:cstheme="majorHAns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CB80E22"/>
    <w:multiLevelType w:val="multilevel"/>
    <w:tmpl w:val="B8B69B9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0E0B66C4"/>
    <w:multiLevelType w:val="multilevel"/>
    <w:tmpl w:val="7F86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212D5C"/>
    <w:multiLevelType w:val="hybridMultilevel"/>
    <w:tmpl w:val="1AACA9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15DE2897"/>
    <w:multiLevelType w:val="multilevel"/>
    <w:tmpl w:val="A726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705865"/>
    <w:multiLevelType w:val="multilevel"/>
    <w:tmpl w:val="B790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5D7077"/>
    <w:multiLevelType w:val="multilevel"/>
    <w:tmpl w:val="8640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7A4EE5"/>
    <w:multiLevelType w:val="multilevel"/>
    <w:tmpl w:val="FE84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E37CA5"/>
    <w:multiLevelType w:val="multilevel"/>
    <w:tmpl w:val="3B38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0B2C79"/>
    <w:multiLevelType w:val="multilevel"/>
    <w:tmpl w:val="82CEC0D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A903B5"/>
    <w:multiLevelType w:val="multilevel"/>
    <w:tmpl w:val="B75A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547720"/>
    <w:multiLevelType w:val="multilevel"/>
    <w:tmpl w:val="B8FE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571540"/>
    <w:multiLevelType w:val="multilevel"/>
    <w:tmpl w:val="DA82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631E71"/>
    <w:multiLevelType w:val="multilevel"/>
    <w:tmpl w:val="315E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2337D0"/>
    <w:multiLevelType w:val="multilevel"/>
    <w:tmpl w:val="C6E4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411226"/>
    <w:multiLevelType w:val="multilevel"/>
    <w:tmpl w:val="D802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5958E6"/>
    <w:multiLevelType w:val="multilevel"/>
    <w:tmpl w:val="933C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5B0EF6"/>
    <w:multiLevelType w:val="multilevel"/>
    <w:tmpl w:val="582CE47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81238B8"/>
    <w:multiLevelType w:val="multilevel"/>
    <w:tmpl w:val="6CE85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151C35"/>
    <w:multiLevelType w:val="multilevel"/>
    <w:tmpl w:val="8AE8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934F61"/>
    <w:multiLevelType w:val="multilevel"/>
    <w:tmpl w:val="1F0C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25481F"/>
    <w:multiLevelType w:val="multilevel"/>
    <w:tmpl w:val="3496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101AD4"/>
    <w:multiLevelType w:val="multilevel"/>
    <w:tmpl w:val="9198225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537BD4"/>
    <w:multiLevelType w:val="multilevel"/>
    <w:tmpl w:val="A478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6531D7"/>
    <w:multiLevelType w:val="multilevel"/>
    <w:tmpl w:val="7906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886FF1"/>
    <w:multiLevelType w:val="multilevel"/>
    <w:tmpl w:val="6A20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7C795D"/>
    <w:multiLevelType w:val="multilevel"/>
    <w:tmpl w:val="5FF2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E9767E"/>
    <w:multiLevelType w:val="multilevel"/>
    <w:tmpl w:val="1E1C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1E5C10"/>
    <w:multiLevelType w:val="multilevel"/>
    <w:tmpl w:val="4FBE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CD2413"/>
    <w:multiLevelType w:val="multilevel"/>
    <w:tmpl w:val="3164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CF7355"/>
    <w:multiLevelType w:val="multilevel"/>
    <w:tmpl w:val="CE06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072DCA"/>
    <w:multiLevelType w:val="multilevel"/>
    <w:tmpl w:val="AA8A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A5149C"/>
    <w:multiLevelType w:val="multilevel"/>
    <w:tmpl w:val="379606B0"/>
    <w:lvl w:ilvl="0">
      <w:start w:val="1"/>
      <w:numFmt w:val="upperRoman"/>
      <w:lvlText w:val="%1."/>
      <w:lvlJc w:val="right"/>
      <w:pPr>
        <w:ind w:left="720" w:hanging="360"/>
      </w:pPr>
      <w:rPr>
        <w:rFonts w:hint="default"/>
      </w:rPr>
    </w:lvl>
    <w:lvl w:ilvl="1">
      <w:start w:val="7"/>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82A1A8D"/>
    <w:multiLevelType w:val="multilevel"/>
    <w:tmpl w:val="962A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C8239D"/>
    <w:multiLevelType w:val="multilevel"/>
    <w:tmpl w:val="FE46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4A69A5"/>
    <w:multiLevelType w:val="multilevel"/>
    <w:tmpl w:val="5DE4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C37955"/>
    <w:multiLevelType w:val="multilevel"/>
    <w:tmpl w:val="EFC0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3F65D0"/>
    <w:multiLevelType w:val="multilevel"/>
    <w:tmpl w:val="69C6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9E42309"/>
    <w:multiLevelType w:val="multilevel"/>
    <w:tmpl w:val="8456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C530A97"/>
    <w:multiLevelType w:val="multilevel"/>
    <w:tmpl w:val="CDD0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D84BB1"/>
    <w:multiLevelType w:val="hybridMultilevel"/>
    <w:tmpl w:val="1A2675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15:restartNumberingAfterBreak="0">
    <w:nsid w:val="741D48A4"/>
    <w:multiLevelType w:val="multilevel"/>
    <w:tmpl w:val="F8A68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C41821"/>
    <w:multiLevelType w:val="multilevel"/>
    <w:tmpl w:val="D0FAAA6C"/>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73D210E"/>
    <w:multiLevelType w:val="multilevel"/>
    <w:tmpl w:val="7634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7E0261F"/>
    <w:multiLevelType w:val="multilevel"/>
    <w:tmpl w:val="59E2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057FC7"/>
    <w:multiLevelType w:val="multilevel"/>
    <w:tmpl w:val="9726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1859CC"/>
    <w:multiLevelType w:val="multilevel"/>
    <w:tmpl w:val="53BC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723B3A"/>
    <w:multiLevelType w:val="multilevel"/>
    <w:tmpl w:val="DD4A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B94161"/>
    <w:multiLevelType w:val="multilevel"/>
    <w:tmpl w:val="BCE6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CED51B0"/>
    <w:multiLevelType w:val="multilevel"/>
    <w:tmpl w:val="43B4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4292096">
    <w:abstractNumId w:val="8"/>
  </w:num>
  <w:num w:numId="2" w16cid:durableId="1543906532">
    <w:abstractNumId w:val="6"/>
  </w:num>
  <w:num w:numId="3" w16cid:durableId="569926004">
    <w:abstractNumId w:val="5"/>
  </w:num>
  <w:num w:numId="4" w16cid:durableId="1369259963">
    <w:abstractNumId w:val="4"/>
  </w:num>
  <w:num w:numId="5" w16cid:durableId="1316450188">
    <w:abstractNumId w:val="7"/>
  </w:num>
  <w:num w:numId="6" w16cid:durableId="344400555">
    <w:abstractNumId w:val="3"/>
  </w:num>
  <w:num w:numId="7" w16cid:durableId="1804689592">
    <w:abstractNumId w:val="2"/>
  </w:num>
  <w:num w:numId="8" w16cid:durableId="1166214728">
    <w:abstractNumId w:val="1"/>
  </w:num>
  <w:num w:numId="9" w16cid:durableId="1631666154">
    <w:abstractNumId w:val="0"/>
  </w:num>
  <w:num w:numId="10" w16cid:durableId="1307319559">
    <w:abstractNumId w:val="31"/>
  </w:num>
  <w:num w:numId="11" w16cid:durableId="389234494">
    <w:abstractNumId w:val="38"/>
  </w:num>
  <w:num w:numId="12" w16cid:durableId="629019189">
    <w:abstractNumId w:val="61"/>
  </w:num>
  <w:num w:numId="13" w16cid:durableId="1815753016">
    <w:abstractNumId w:val="26"/>
  </w:num>
  <w:num w:numId="14" w16cid:durableId="653491848">
    <w:abstractNumId w:val="51"/>
  </w:num>
  <w:num w:numId="15" w16cid:durableId="1891529943">
    <w:abstractNumId w:val="9"/>
  </w:num>
  <w:num w:numId="16" w16cid:durableId="285700721">
    <w:abstractNumId w:val="23"/>
  </w:num>
  <w:num w:numId="17" w16cid:durableId="1891531832">
    <w:abstractNumId w:val="55"/>
  </w:num>
  <w:num w:numId="18" w16cid:durableId="871309760">
    <w:abstractNumId w:val="22"/>
  </w:num>
  <w:num w:numId="19" w16cid:durableId="1084569894">
    <w:abstractNumId w:val="20"/>
  </w:num>
  <w:num w:numId="20" w16cid:durableId="397359301">
    <w:abstractNumId w:val="15"/>
  </w:num>
  <w:num w:numId="21" w16cid:durableId="506410244">
    <w:abstractNumId w:val="53"/>
  </w:num>
  <w:num w:numId="22" w16cid:durableId="975915229">
    <w:abstractNumId w:val="25"/>
  </w:num>
  <w:num w:numId="23" w16cid:durableId="1482966642">
    <w:abstractNumId w:val="19"/>
  </w:num>
  <w:num w:numId="24" w16cid:durableId="1214274551">
    <w:abstractNumId w:val="10"/>
  </w:num>
  <w:num w:numId="25" w16cid:durableId="1262911207">
    <w:abstractNumId w:val="42"/>
  </w:num>
  <w:num w:numId="26" w16cid:durableId="1741056138">
    <w:abstractNumId w:val="11"/>
  </w:num>
  <w:num w:numId="27" w16cid:durableId="856385709">
    <w:abstractNumId w:val="41"/>
  </w:num>
  <w:num w:numId="28" w16cid:durableId="1271158631">
    <w:abstractNumId w:val="24"/>
  </w:num>
  <w:num w:numId="29" w16cid:durableId="973096887">
    <w:abstractNumId w:val="32"/>
  </w:num>
  <w:num w:numId="30" w16cid:durableId="549148258">
    <w:abstractNumId w:val="46"/>
  </w:num>
  <w:num w:numId="31" w16cid:durableId="1691762590">
    <w:abstractNumId w:val="27"/>
  </w:num>
  <w:num w:numId="32" w16cid:durableId="1131437030">
    <w:abstractNumId w:val="60"/>
  </w:num>
  <w:num w:numId="33" w16cid:durableId="1482498855">
    <w:abstractNumId w:val="33"/>
  </w:num>
  <w:num w:numId="34" w16cid:durableId="357583782">
    <w:abstractNumId w:val="58"/>
  </w:num>
  <w:num w:numId="35" w16cid:durableId="1688675883">
    <w:abstractNumId w:val="18"/>
  </w:num>
  <w:num w:numId="36" w16cid:durableId="1873223463">
    <w:abstractNumId w:val="49"/>
  </w:num>
  <w:num w:numId="37" w16cid:durableId="1452555984">
    <w:abstractNumId w:val="43"/>
  </w:num>
  <w:num w:numId="38" w16cid:durableId="1724518762">
    <w:abstractNumId w:val="47"/>
  </w:num>
  <w:num w:numId="39" w16cid:durableId="665209577">
    <w:abstractNumId w:val="57"/>
  </w:num>
  <w:num w:numId="40" w16cid:durableId="1453476794">
    <w:abstractNumId w:val="50"/>
  </w:num>
  <w:num w:numId="41" w16cid:durableId="1621262285">
    <w:abstractNumId w:val="39"/>
  </w:num>
  <w:num w:numId="42" w16cid:durableId="1756171250">
    <w:abstractNumId w:val="36"/>
  </w:num>
  <w:num w:numId="43" w16cid:durableId="126514017">
    <w:abstractNumId w:val="37"/>
  </w:num>
  <w:num w:numId="44" w16cid:durableId="847792132">
    <w:abstractNumId w:val="34"/>
  </w:num>
  <w:num w:numId="45" w16cid:durableId="437799523">
    <w:abstractNumId w:val="17"/>
  </w:num>
  <w:num w:numId="46" w16cid:durableId="1846674139">
    <w:abstractNumId w:val="28"/>
  </w:num>
  <w:num w:numId="47" w16cid:durableId="336923811">
    <w:abstractNumId w:val="29"/>
  </w:num>
  <w:num w:numId="48" w16cid:durableId="424543072">
    <w:abstractNumId w:val="44"/>
  </w:num>
  <w:num w:numId="49" w16cid:durableId="2111200532">
    <w:abstractNumId w:val="48"/>
  </w:num>
  <w:num w:numId="50" w16cid:durableId="1797216372">
    <w:abstractNumId w:val="21"/>
  </w:num>
  <w:num w:numId="51" w16cid:durableId="429470435">
    <w:abstractNumId w:val="62"/>
  </w:num>
  <w:num w:numId="52" w16cid:durableId="1539271628">
    <w:abstractNumId w:val="52"/>
  </w:num>
  <w:num w:numId="53" w16cid:durableId="2031910839">
    <w:abstractNumId w:val="59"/>
  </w:num>
  <w:num w:numId="54" w16cid:durableId="1118135672">
    <w:abstractNumId w:val="40"/>
  </w:num>
  <w:num w:numId="55" w16cid:durableId="1918005907">
    <w:abstractNumId w:val="54"/>
  </w:num>
  <w:num w:numId="56" w16cid:durableId="902251260">
    <w:abstractNumId w:val="56"/>
  </w:num>
  <w:num w:numId="57" w16cid:durableId="716508110">
    <w:abstractNumId w:val="35"/>
  </w:num>
  <w:num w:numId="58" w16cid:durableId="697778806">
    <w:abstractNumId w:val="13"/>
  </w:num>
  <w:num w:numId="59" w16cid:durableId="896743428">
    <w:abstractNumId w:val="12"/>
  </w:num>
  <w:num w:numId="60" w16cid:durableId="1401514654">
    <w:abstractNumId w:val="16"/>
  </w:num>
  <w:num w:numId="61" w16cid:durableId="1767729593">
    <w:abstractNumId w:val="45"/>
  </w:num>
  <w:num w:numId="62" w16cid:durableId="205413183">
    <w:abstractNumId w:val="30"/>
  </w:num>
  <w:num w:numId="63" w16cid:durableId="18082348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597"/>
    <w:rsid w:val="000327F4"/>
    <w:rsid w:val="00034616"/>
    <w:rsid w:val="0004473F"/>
    <w:rsid w:val="0006063C"/>
    <w:rsid w:val="0008208A"/>
    <w:rsid w:val="000B5FD4"/>
    <w:rsid w:val="0015074B"/>
    <w:rsid w:val="001F6152"/>
    <w:rsid w:val="002555F8"/>
    <w:rsid w:val="0029639D"/>
    <w:rsid w:val="002D7A90"/>
    <w:rsid w:val="00326F90"/>
    <w:rsid w:val="003B027F"/>
    <w:rsid w:val="004D44C7"/>
    <w:rsid w:val="004F6C70"/>
    <w:rsid w:val="00533A87"/>
    <w:rsid w:val="0055466E"/>
    <w:rsid w:val="0057747B"/>
    <w:rsid w:val="005D4A7C"/>
    <w:rsid w:val="005E2F62"/>
    <w:rsid w:val="005E5D1F"/>
    <w:rsid w:val="005E7414"/>
    <w:rsid w:val="00660E41"/>
    <w:rsid w:val="006647B4"/>
    <w:rsid w:val="006F6777"/>
    <w:rsid w:val="00801923"/>
    <w:rsid w:val="00843F1C"/>
    <w:rsid w:val="0098766C"/>
    <w:rsid w:val="009F078D"/>
    <w:rsid w:val="00A63E22"/>
    <w:rsid w:val="00AA1D8D"/>
    <w:rsid w:val="00AB6E24"/>
    <w:rsid w:val="00AC5DA6"/>
    <w:rsid w:val="00B20FFD"/>
    <w:rsid w:val="00B47730"/>
    <w:rsid w:val="00BD5F17"/>
    <w:rsid w:val="00C34E27"/>
    <w:rsid w:val="00CA13D9"/>
    <w:rsid w:val="00CB0664"/>
    <w:rsid w:val="00D2086B"/>
    <w:rsid w:val="00D30C2C"/>
    <w:rsid w:val="00D52519"/>
    <w:rsid w:val="00DD24C7"/>
    <w:rsid w:val="00E07E5C"/>
    <w:rsid w:val="00E50ECC"/>
    <w:rsid w:val="00E5330D"/>
    <w:rsid w:val="00F04FAE"/>
    <w:rsid w:val="00F429E2"/>
    <w:rsid w:val="00F702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6D2B28"/>
  <w14:defaultImageDpi w14:val="300"/>
  <w15:docId w15:val="{54590005-B64B-4976-A9A5-473A47AF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93F"/>
    <w:rPr>
      <w:rFonts w:ascii="Arial" w:hAnsi="Arial"/>
    </w:rPr>
  </w:style>
  <w:style w:type="paragraph" w:styleId="Cmsor1">
    <w:name w:val="heading 1"/>
    <w:basedOn w:val="Norml"/>
    <w:next w:val="Norml"/>
    <w:link w:val="Cmsor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msor9">
    <w:name w:val="heading 9"/>
    <w:basedOn w:val="Norml"/>
    <w:next w:val="Norml"/>
    <w:link w:val="Cmsor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spacing w:after="0" w:line="240" w:lineRule="auto"/>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spacing w:after="0" w:line="240" w:lineRule="auto"/>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pPr>
      <w:spacing w:line="240" w:lineRule="auto"/>
    </w:pPr>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lWeb">
    <w:name w:val="Normal (Web)"/>
    <w:basedOn w:val="Norml"/>
    <w:uiPriority w:val="99"/>
    <w:unhideWhenUsed/>
    <w:rsid w:val="000B5FD4"/>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character" w:styleId="Hiperhivatkozs">
    <w:name w:val="Hyperlink"/>
    <w:basedOn w:val="Bekezdsalapbettpusa"/>
    <w:uiPriority w:val="99"/>
    <w:unhideWhenUsed/>
    <w:rsid w:val="003B027F"/>
    <w:rPr>
      <w:color w:val="0000FF" w:themeColor="hyperlink"/>
      <w:u w:val="single"/>
    </w:rPr>
  </w:style>
  <w:style w:type="character" w:styleId="Feloldatlanmegemlts">
    <w:name w:val="Unresolved Mention"/>
    <w:basedOn w:val="Bekezdsalapbettpusa"/>
    <w:uiPriority w:val="99"/>
    <w:semiHidden/>
    <w:unhideWhenUsed/>
    <w:rsid w:val="003B027F"/>
    <w:rPr>
      <w:color w:val="605E5C"/>
      <w:shd w:val="clear" w:color="auto" w:fill="E1DFDD"/>
    </w:rPr>
  </w:style>
  <w:style w:type="character" w:styleId="Mrltotthiperhivatkozs">
    <w:name w:val="FollowedHyperlink"/>
    <w:basedOn w:val="Bekezdsalapbettpusa"/>
    <w:uiPriority w:val="99"/>
    <w:semiHidden/>
    <w:unhideWhenUsed/>
    <w:rsid w:val="003B027F"/>
    <w:rPr>
      <w:color w:val="800080" w:themeColor="followedHyperlink"/>
      <w:u w:val="single"/>
    </w:rPr>
  </w:style>
  <w:style w:type="paragraph" w:styleId="Vltozat">
    <w:name w:val="Revision"/>
    <w:hidden/>
    <w:uiPriority w:val="99"/>
    <w:semiHidden/>
    <w:rsid w:val="00CA13D9"/>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10222">
      <w:bodyDiv w:val="1"/>
      <w:marLeft w:val="0"/>
      <w:marRight w:val="0"/>
      <w:marTop w:val="0"/>
      <w:marBottom w:val="0"/>
      <w:divBdr>
        <w:top w:val="none" w:sz="0" w:space="0" w:color="auto"/>
        <w:left w:val="none" w:sz="0" w:space="0" w:color="auto"/>
        <w:bottom w:val="none" w:sz="0" w:space="0" w:color="auto"/>
        <w:right w:val="none" w:sz="0" w:space="0" w:color="auto"/>
      </w:divBdr>
    </w:div>
    <w:div w:id="1798453488">
      <w:bodyDiv w:val="1"/>
      <w:marLeft w:val="0"/>
      <w:marRight w:val="0"/>
      <w:marTop w:val="0"/>
      <w:marBottom w:val="0"/>
      <w:divBdr>
        <w:top w:val="none" w:sz="0" w:space="0" w:color="auto"/>
        <w:left w:val="none" w:sz="0" w:space="0" w:color="auto"/>
        <w:bottom w:val="none" w:sz="0" w:space="0" w:color="auto"/>
        <w:right w:val="none" w:sz="0" w:space="0" w:color="auto"/>
      </w:divBdr>
    </w:div>
    <w:div w:id="20852527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yfelszolgalat@naih.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ih.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15</Pages>
  <Words>3292</Words>
  <Characters>22722</Characters>
  <Application>Microsoft Office Word</Application>
  <DocSecurity>0</DocSecurity>
  <Lines>189</Lines>
  <Paragraphs>51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13</cp:revision>
  <dcterms:created xsi:type="dcterms:W3CDTF">2025-08-27T19:15:00Z</dcterms:created>
  <dcterms:modified xsi:type="dcterms:W3CDTF">2025-09-29T18:48:00Z</dcterms:modified>
  <cp:category/>
</cp:coreProperties>
</file>