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709B2" w14:textId="5BD28246" w:rsidR="00AE5361" w:rsidRPr="00013A10" w:rsidRDefault="00000000" w:rsidP="00210F37">
      <w:pPr>
        <w:pStyle w:val="Cmsor1"/>
        <w:jc w:val="center"/>
        <w:rPr>
          <w:rFonts w:ascii="Times New Roman" w:hAnsi="Times New Roman" w:cs="Times New Roman"/>
          <w:color w:val="auto"/>
          <w:sz w:val="24"/>
          <w:szCs w:val="24"/>
          <w:lang w:val="hu-HU"/>
        </w:rPr>
      </w:pPr>
      <w:r w:rsidRPr="00013A10">
        <w:rPr>
          <w:rFonts w:ascii="Times New Roman" w:hAnsi="Times New Roman" w:cs="Times New Roman"/>
          <w:color w:val="auto"/>
          <w:sz w:val="24"/>
          <w:szCs w:val="24"/>
          <w:lang w:val="hu-HU"/>
        </w:rPr>
        <w:t>TŰZVÉDELMI UTASÍTÁS VENDÉGE</w:t>
      </w:r>
      <w:r w:rsidR="00210F37" w:rsidRPr="00013A10">
        <w:rPr>
          <w:rFonts w:ascii="Times New Roman" w:hAnsi="Times New Roman" w:cs="Times New Roman"/>
          <w:color w:val="auto"/>
          <w:sz w:val="24"/>
          <w:szCs w:val="24"/>
          <w:lang w:val="hu-HU"/>
        </w:rPr>
        <w:t>IN</w:t>
      </w:r>
      <w:r w:rsidRPr="00013A10">
        <w:rPr>
          <w:rFonts w:ascii="Times New Roman" w:hAnsi="Times New Roman" w:cs="Times New Roman"/>
          <w:color w:val="auto"/>
          <w:sz w:val="24"/>
          <w:szCs w:val="24"/>
          <w:lang w:val="hu-HU"/>
        </w:rPr>
        <w:t>K SZÁMÁRA</w:t>
      </w:r>
    </w:p>
    <w:p w14:paraId="6E3BA201" w14:textId="77777777" w:rsidR="00210F37" w:rsidRPr="00013A10" w:rsidRDefault="00210F37" w:rsidP="00210F37">
      <w:pPr>
        <w:jc w:val="both"/>
        <w:rPr>
          <w:rFonts w:ascii="Times New Roman" w:hAnsi="Times New Roman" w:cs="Times New Roman"/>
          <w:sz w:val="24"/>
          <w:szCs w:val="24"/>
          <w:lang w:val="hu-HU"/>
        </w:rPr>
      </w:pPr>
    </w:p>
    <w:p w14:paraId="096E1994" w14:textId="77777777" w:rsidR="00210F37" w:rsidRPr="00013A10" w:rsidRDefault="00210F37" w:rsidP="00210F37">
      <w:pPr>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Kedves Vendégeink!</w:t>
      </w:r>
    </w:p>
    <w:p w14:paraId="546BE474" w14:textId="3B2A71B6" w:rsidR="00AE5361" w:rsidRPr="00013A10" w:rsidRDefault="00000000" w:rsidP="00210F37">
      <w:pPr>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Kérjük, figyelmesen olvassá</w:t>
      </w:r>
      <w:r w:rsidR="00210F37" w:rsidRPr="00013A10">
        <w:rPr>
          <w:rFonts w:ascii="Times New Roman" w:hAnsi="Times New Roman" w:cs="Times New Roman"/>
          <w:sz w:val="24"/>
          <w:szCs w:val="24"/>
          <w:lang w:val="hu-HU"/>
        </w:rPr>
        <w:t>to</w:t>
      </w:r>
      <w:r w:rsidRPr="00013A10">
        <w:rPr>
          <w:rFonts w:ascii="Times New Roman" w:hAnsi="Times New Roman" w:cs="Times New Roman"/>
          <w:sz w:val="24"/>
          <w:szCs w:val="24"/>
          <w:lang w:val="hu-HU"/>
        </w:rPr>
        <w:t>k el az alábbi tűzvédelmi szabályokat, és tartózkodás</w:t>
      </w:r>
      <w:r w:rsidR="00210F37" w:rsidRPr="00013A10">
        <w:rPr>
          <w:rFonts w:ascii="Times New Roman" w:hAnsi="Times New Roman" w:cs="Times New Roman"/>
          <w:sz w:val="24"/>
          <w:szCs w:val="24"/>
          <w:lang w:val="hu-HU"/>
        </w:rPr>
        <w:t>oto</w:t>
      </w:r>
      <w:r w:rsidRPr="00013A10">
        <w:rPr>
          <w:rFonts w:ascii="Times New Roman" w:hAnsi="Times New Roman" w:cs="Times New Roman"/>
          <w:sz w:val="24"/>
          <w:szCs w:val="24"/>
          <w:lang w:val="hu-HU"/>
        </w:rPr>
        <w:t>k során szigorúan tartsá</w:t>
      </w:r>
      <w:r w:rsidR="00210F37" w:rsidRPr="00013A10">
        <w:rPr>
          <w:rFonts w:ascii="Times New Roman" w:hAnsi="Times New Roman" w:cs="Times New Roman"/>
          <w:sz w:val="24"/>
          <w:szCs w:val="24"/>
          <w:lang w:val="hu-HU"/>
        </w:rPr>
        <w:t>to</w:t>
      </w:r>
      <w:r w:rsidRPr="00013A10">
        <w:rPr>
          <w:rFonts w:ascii="Times New Roman" w:hAnsi="Times New Roman" w:cs="Times New Roman"/>
          <w:sz w:val="24"/>
          <w:szCs w:val="24"/>
          <w:lang w:val="hu-HU"/>
        </w:rPr>
        <w:t>k be azokat! A szabályok célja a</w:t>
      </w:r>
      <w:r w:rsidR="00210F37" w:rsidRPr="00013A10">
        <w:rPr>
          <w:rFonts w:ascii="Times New Roman" w:hAnsi="Times New Roman" w:cs="Times New Roman"/>
          <w:sz w:val="24"/>
          <w:szCs w:val="24"/>
          <w:lang w:val="hu-HU"/>
        </w:rPr>
        <w:t xml:space="preserve"> Ti</w:t>
      </w:r>
      <w:r w:rsidRPr="00013A10">
        <w:rPr>
          <w:rFonts w:ascii="Times New Roman" w:hAnsi="Times New Roman" w:cs="Times New Roman"/>
          <w:sz w:val="24"/>
          <w:szCs w:val="24"/>
          <w:lang w:val="hu-HU"/>
        </w:rPr>
        <w:t xml:space="preserve"> biztonság</w:t>
      </w:r>
      <w:r w:rsidR="00210F37" w:rsidRPr="00013A10">
        <w:rPr>
          <w:rFonts w:ascii="Times New Roman" w:hAnsi="Times New Roman" w:cs="Times New Roman"/>
          <w:sz w:val="24"/>
          <w:szCs w:val="24"/>
          <w:lang w:val="hu-HU"/>
        </w:rPr>
        <w:t>otok</w:t>
      </w:r>
      <w:r w:rsidRPr="00013A10">
        <w:rPr>
          <w:rFonts w:ascii="Times New Roman" w:hAnsi="Times New Roman" w:cs="Times New Roman"/>
          <w:sz w:val="24"/>
          <w:szCs w:val="24"/>
          <w:lang w:val="hu-HU"/>
        </w:rPr>
        <w:t>, valamint az épület és a környezet védelm</w:t>
      </w:r>
      <w:r w:rsidR="00786A9D" w:rsidRPr="00013A10">
        <w:rPr>
          <w:rFonts w:ascii="Times New Roman" w:hAnsi="Times New Roman" w:cs="Times New Roman"/>
          <w:sz w:val="24"/>
          <w:szCs w:val="24"/>
          <w:lang w:val="hu-HU"/>
        </w:rPr>
        <w:t>ének megőrzése</w:t>
      </w:r>
      <w:r w:rsidRPr="00013A10">
        <w:rPr>
          <w:rFonts w:ascii="Times New Roman" w:hAnsi="Times New Roman" w:cs="Times New Roman"/>
          <w:sz w:val="24"/>
          <w:szCs w:val="24"/>
          <w:lang w:val="hu-HU"/>
        </w:rPr>
        <w:t>.</w:t>
      </w:r>
    </w:p>
    <w:p w14:paraId="4A281A78" w14:textId="35881E09" w:rsidR="00AE5361" w:rsidRPr="00013A10" w:rsidRDefault="00000000" w:rsidP="00210F37">
      <w:pPr>
        <w:pStyle w:val="Cmsor2"/>
        <w:jc w:val="both"/>
        <w:rPr>
          <w:rFonts w:ascii="Times New Roman" w:hAnsi="Times New Roman" w:cs="Times New Roman"/>
          <w:color w:val="auto"/>
          <w:sz w:val="24"/>
          <w:szCs w:val="24"/>
          <w:lang w:val="hu-HU"/>
        </w:rPr>
      </w:pPr>
      <w:r w:rsidRPr="00013A10">
        <w:rPr>
          <w:rFonts w:ascii="Times New Roman" w:hAnsi="Times New Roman" w:cs="Times New Roman"/>
          <w:color w:val="auto"/>
          <w:sz w:val="24"/>
          <w:szCs w:val="24"/>
          <w:lang w:val="hu-HU"/>
        </w:rPr>
        <w:t xml:space="preserve">1. </w:t>
      </w:r>
      <w:r w:rsidR="00E346CE">
        <w:rPr>
          <w:rFonts w:ascii="Times New Roman" w:hAnsi="Times New Roman" w:cs="Times New Roman"/>
          <w:color w:val="auto"/>
          <w:sz w:val="24"/>
          <w:szCs w:val="24"/>
          <w:lang w:val="hu-HU"/>
        </w:rPr>
        <w:t xml:space="preserve"> </w:t>
      </w:r>
      <w:r w:rsidRPr="00013A10">
        <w:rPr>
          <w:rFonts w:ascii="Times New Roman" w:hAnsi="Times New Roman" w:cs="Times New Roman"/>
          <w:color w:val="auto"/>
          <w:sz w:val="24"/>
          <w:szCs w:val="24"/>
          <w:lang w:val="hu-HU"/>
        </w:rPr>
        <w:t>Általános szabályok</w:t>
      </w:r>
    </w:p>
    <w:p w14:paraId="7F8C4FBF" w14:textId="068E2F7C" w:rsidR="00AE5361" w:rsidRPr="00013A10" w:rsidRDefault="00000000" w:rsidP="00E346CE">
      <w:pPr>
        <w:pStyle w:val="Felsorols"/>
        <w:tabs>
          <w:tab w:val="clear" w:pos="360"/>
        </w:tabs>
        <w:ind w:left="709" w:hanging="283"/>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A </w:t>
      </w:r>
      <w:r w:rsidR="00210F37" w:rsidRPr="00013A10">
        <w:rPr>
          <w:rFonts w:ascii="Times New Roman" w:hAnsi="Times New Roman" w:cs="Times New Roman"/>
          <w:sz w:val="24"/>
          <w:szCs w:val="24"/>
          <w:lang w:val="hu-HU"/>
        </w:rPr>
        <w:t>V</w:t>
      </w:r>
      <w:r w:rsidRPr="00013A10">
        <w:rPr>
          <w:rFonts w:ascii="Times New Roman" w:hAnsi="Times New Roman" w:cs="Times New Roman"/>
          <w:sz w:val="24"/>
          <w:szCs w:val="24"/>
          <w:lang w:val="hu-HU"/>
        </w:rPr>
        <w:t xml:space="preserve">endégház teljes </w:t>
      </w:r>
      <w:r w:rsidR="00210F37" w:rsidRPr="00013A10">
        <w:rPr>
          <w:rFonts w:ascii="Times New Roman" w:hAnsi="Times New Roman" w:cs="Times New Roman"/>
          <w:sz w:val="24"/>
          <w:szCs w:val="24"/>
          <w:lang w:val="hu-HU"/>
        </w:rPr>
        <w:t xml:space="preserve">belső </w:t>
      </w:r>
      <w:r w:rsidRPr="00013A10">
        <w:rPr>
          <w:rFonts w:ascii="Times New Roman" w:hAnsi="Times New Roman" w:cs="Times New Roman"/>
          <w:sz w:val="24"/>
          <w:szCs w:val="24"/>
          <w:lang w:val="hu-HU"/>
        </w:rPr>
        <w:t>területén tilos a dohányzás</w:t>
      </w:r>
      <w:r w:rsidR="00210F37" w:rsidRPr="00013A10">
        <w:rPr>
          <w:rFonts w:ascii="Times New Roman" w:hAnsi="Times New Roman" w:cs="Times New Roman"/>
          <w:sz w:val="24"/>
          <w:szCs w:val="24"/>
          <w:lang w:val="hu-HU"/>
        </w:rPr>
        <w:t xml:space="preserve">. </w:t>
      </w:r>
      <w:r w:rsidR="00277841" w:rsidRPr="00013A10">
        <w:rPr>
          <w:rFonts w:ascii="Times New Roman" w:hAnsi="Times New Roman" w:cs="Times New Roman"/>
          <w:sz w:val="24"/>
          <w:szCs w:val="24"/>
          <w:lang w:val="hu-HU"/>
        </w:rPr>
        <w:t xml:space="preserve">Dohányozni csak a kert arra kijelölt részén lehetséges. </w:t>
      </w:r>
      <w:r w:rsidR="00210F37" w:rsidRPr="00013A10">
        <w:rPr>
          <w:rFonts w:ascii="Times New Roman" w:hAnsi="Times New Roman" w:cs="Times New Roman"/>
          <w:sz w:val="24"/>
          <w:szCs w:val="24"/>
          <w:lang w:val="hu-HU"/>
        </w:rPr>
        <w:t xml:space="preserve">Kérjük a dohánytermékek megfelelő eloltásáról és </w:t>
      </w:r>
      <w:r w:rsidR="00786A9D" w:rsidRPr="00013A10">
        <w:rPr>
          <w:rFonts w:ascii="Times New Roman" w:hAnsi="Times New Roman" w:cs="Times New Roman"/>
          <w:sz w:val="24"/>
          <w:szCs w:val="24"/>
          <w:lang w:val="hu-HU"/>
        </w:rPr>
        <w:t xml:space="preserve">az erre a célra kihelyezett </w:t>
      </w:r>
      <w:r w:rsidR="00210F37" w:rsidRPr="00013A10">
        <w:rPr>
          <w:rFonts w:ascii="Times New Roman" w:hAnsi="Times New Roman" w:cs="Times New Roman"/>
          <w:sz w:val="24"/>
          <w:szCs w:val="24"/>
          <w:lang w:val="hu-HU"/>
        </w:rPr>
        <w:t xml:space="preserve">szemetesbe történő eltávolításáról gondoskodni szíveskedjetek tekintettel arra, hogy a Vendégház erdős-fás környezetben található. </w:t>
      </w:r>
    </w:p>
    <w:p w14:paraId="44DC50A4" w14:textId="7669A035" w:rsidR="00AE5361" w:rsidRPr="00013A10" w:rsidRDefault="00000000" w:rsidP="00E346CE">
      <w:pPr>
        <w:pStyle w:val="Felsorols"/>
        <w:tabs>
          <w:tab w:val="clear" w:pos="360"/>
        </w:tabs>
        <w:ind w:left="709" w:hanging="283"/>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Nyílt láng (pl. gyertya, mécses, tűzijáték) használata </w:t>
      </w:r>
      <w:proofErr w:type="spellStart"/>
      <w:r w:rsidRPr="00013A10">
        <w:rPr>
          <w:rFonts w:ascii="Times New Roman" w:hAnsi="Times New Roman" w:cs="Times New Roman"/>
          <w:sz w:val="24"/>
          <w:szCs w:val="24"/>
          <w:lang w:val="hu-HU"/>
        </w:rPr>
        <w:t>beltéren</w:t>
      </w:r>
      <w:proofErr w:type="spellEnd"/>
      <w:r w:rsidR="00210F37" w:rsidRPr="00013A10">
        <w:rPr>
          <w:rFonts w:ascii="Times New Roman" w:hAnsi="Times New Roman" w:cs="Times New Roman"/>
          <w:sz w:val="24"/>
          <w:szCs w:val="24"/>
          <w:lang w:val="hu-HU"/>
        </w:rPr>
        <w:t xml:space="preserve"> és </w:t>
      </w:r>
      <w:proofErr w:type="spellStart"/>
      <w:r w:rsidR="00210F37" w:rsidRPr="00013A10">
        <w:rPr>
          <w:rFonts w:ascii="Times New Roman" w:hAnsi="Times New Roman" w:cs="Times New Roman"/>
          <w:sz w:val="24"/>
          <w:szCs w:val="24"/>
          <w:lang w:val="hu-HU"/>
        </w:rPr>
        <w:t>kültéren</w:t>
      </w:r>
      <w:proofErr w:type="spellEnd"/>
      <w:r w:rsidR="00210F37" w:rsidRPr="00013A10">
        <w:rPr>
          <w:rFonts w:ascii="Times New Roman" w:hAnsi="Times New Roman" w:cs="Times New Roman"/>
          <w:sz w:val="24"/>
          <w:szCs w:val="24"/>
          <w:lang w:val="hu-HU"/>
        </w:rPr>
        <w:t xml:space="preserve"> is</w:t>
      </w:r>
      <w:r w:rsidRPr="00013A10">
        <w:rPr>
          <w:rFonts w:ascii="Times New Roman" w:hAnsi="Times New Roman" w:cs="Times New Roman"/>
          <w:sz w:val="24"/>
          <w:szCs w:val="24"/>
          <w:lang w:val="hu-HU"/>
        </w:rPr>
        <w:t xml:space="preserve"> tilos.</w:t>
      </w:r>
    </w:p>
    <w:p w14:paraId="530E7FF7" w14:textId="519BDB1B" w:rsidR="00AE5361" w:rsidRPr="00013A10" w:rsidRDefault="00000000" w:rsidP="00E346CE">
      <w:pPr>
        <w:pStyle w:val="Felsorols"/>
        <w:tabs>
          <w:tab w:val="clear" w:pos="360"/>
        </w:tabs>
        <w:ind w:left="709" w:hanging="283"/>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Elektromos készülékeket (pl. főzőlap, </w:t>
      </w:r>
      <w:r w:rsidR="00277841" w:rsidRPr="00013A10">
        <w:rPr>
          <w:rFonts w:ascii="Times New Roman" w:hAnsi="Times New Roman" w:cs="Times New Roman"/>
          <w:sz w:val="24"/>
          <w:szCs w:val="24"/>
          <w:lang w:val="hu-HU"/>
        </w:rPr>
        <w:t xml:space="preserve">sütő, </w:t>
      </w:r>
      <w:r w:rsidRPr="00013A10">
        <w:rPr>
          <w:rFonts w:ascii="Times New Roman" w:hAnsi="Times New Roman" w:cs="Times New Roman"/>
          <w:sz w:val="24"/>
          <w:szCs w:val="24"/>
          <w:lang w:val="hu-HU"/>
        </w:rPr>
        <w:t xml:space="preserve">vízforraló) csak </w:t>
      </w:r>
      <w:proofErr w:type="spellStart"/>
      <w:r w:rsidRPr="00013A10">
        <w:rPr>
          <w:rFonts w:ascii="Times New Roman" w:hAnsi="Times New Roman" w:cs="Times New Roman"/>
          <w:sz w:val="24"/>
          <w:szCs w:val="24"/>
          <w:lang w:val="hu-HU"/>
        </w:rPr>
        <w:t>rendeltetésszerűen</w:t>
      </w:r>
      <w:proofErr w:type="spellEnd"/>
      <w:r w:rsidRPr="00013A10">
        <w:rPr>
          <w:rFonts w:ascii="Times New Roman" w:hAnsi="Times New Roman" w:cs="Times New Roman"/>
          <w:sz w:val="24"/>
          <w:szCs w:val="24"/>
          <w:lang w:val="hu-HU"/>
        </w:rPr>
        <w:t xml:space="preserve"> és felügyelet mellett </w:t>
      </w:r>
      <w:r w:rsidR="00210F37" w:rsidRPr="00013A10">
        <w:rPr>
          <w:rFonts w:ascii="Times New Roman" w:hAnsi="Times New Roman" w:cs="Times New Roman"/>
          <w:sz w:val="24"/>
          <w:szCs w:val="24"/>
          <w:lang w:val="hu-HU"/>
        </w:rPr>
        <w:t xml:space="preserve">kerüljenek használatra. </w:t>
      </w:r>
    </w:p>
    <w:p w14:paraId="0483C605" w14:textId="733552B7" w:rsidR="00210F37" w:rsidRPr="00013A10" w:rsidRDefault="00210F37" w:rsidP="00E346CE">
      <w:pPr>
        <w:pStyle w:val="Felsorols"/>
        <w:tabs>
          <w:tab w:val="clear" w:pos="360"/>
        </w:tabs>
        <w:ind w:left="709" w:hanging="283"/>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A Vendégházba csak az ott elhelyezett elektromos készülékek használhatóak. </w:t>
      </w:r>
    </w:p>
    <w:p w14:paraId="6E4FFF25" w14:textId="7CB12678" w:rsidR="00AE5361" w:rsidRPr="00013A10" w:rsidRDefault="00000000" w:rsidP="00E346CE">
      <w:pPr>
        <w:pStyle w:val="Felsorols"/>
        <w:tabs>
          <w:tab w:val="clear" w:pos="360"/>
        </w:tabs>
        <w:ind w:left="709" w:hanging="283"/>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Az elektromos hálózatra ne csatlakoztassa</w:t>
      </w:r>
      <w:r w:rsidR="00210F37" w:rsidRPr="00013A10">
        <w:rPr>
          <w:rFonts w:ascii="Times New Roman" w:hAnsi="Times New Roman" w:cs="Times New Roman"/>
          <w:sz w:val="24"/>
          <w:szCs w:val="24"/>
          <w:lang w:val="hu-HU"/>
        </w:rPr>
        <w:t>tok</w:t>
      </w:r>
      <w:r w:rsidRPr="00013A10">
        <w:rPr>
          <w:rFonts w:ascii="Times New Roman" w:hAnsi="Times New Roman" w:cs="Times New Roman"/>
          <w:sz w:val="24"/>
          <w:szCs w:val="24"/>
          <w:lang w:val="hu-HU"/>
        </w:rPr>
        <w:t xml:space="preserve"> egyszerre több nagy teljesítményű eszközt, mert túlterhelést okozhatnak.</w:t>
      </w:r>
    </w:p>
    <w:p w14:paraId="676E9B84" w14:textId="61F18510" w:rsidR="00210F37" w:rsidRPr="00013A10" w:rsidRDefault="00210F37" w:rsidP="00E346CE">
      <w:pPr>
        <w:pStyle w:val="Felsorols"/>
        <w:tabs>
          <w:tab w:val="clear" w:pos="360"/>
        </w:tabs>
        <w:ind w:left="709" w:hanging="283"/>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Amennyiben a Vendégházat akár rövidebb időre is elhagyjátok, minden elektromos eszköz kikapcsolásáról gondoskodjatok. </w:t>
      </w:r>
    </w:p>
    <w:p w14:paraId="462FBF83" w14:textId="7EFC5E86" w:rsidR="00210F37" w:rsidRPr="00013A10" w:rsidRDefault="00210F37" w:rsidP="00E346CE">
      <w:pPr>
        <w:pStyle w:val="Felsorols"/>
        <w:tabs>
          <w:tab w:val="clear" w:pos="360"/>
        </w:tabs>
        <w:ind w:left="709" w:hanging="283"/>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Vendégház területén lehetőség van kerti grill használatra, melyhez faszenet biztosítunk. Egyéb, veszélyes és tüzet okozó anyag használata </w:t>
      </w:r>
      <w:proofErr w:type="spellStart"/>
      <w:r w:rsidRPr="00013A10">
        <w:rPr>
          <w:rFonts w:ascii="Times New Roman" w:hAnsi="Times New Roman" w:cs="Times New Roman"/>
          <w:sz w:val="24"/>
          <w:szCs w:val="24"/>
          <w:lang w:val="hu-HU"/>
        </w:rPr>
        <w:t>grillezés</w:t>
      </w:r>
      <w:proofErr w:type="spellEnd"/>
      <w:r w:rsidRPr="00013A10">
        <w:rPr>
          <w:rFonts w:ascii="Times New Roman" w:hAnsi="Times New Roman" w:cs="Times New Roman"/>
          <w:sz w:val="24"/>
          <w:szCs w:val="24"/>
          <w:lang w:val="hu-HU"/>
        </w:rPr>
        <w:t xml:space="preserve"> során tilos. A grill használatát követően </w:t>
      </w:r>
      <w:r w:rsidR="00664CAC" w:rsidRPr="00013A10">
        <w:rPr>
          <w:rFonts w:ascii="Times New Roman" w:hAnsi="Times New Roman" w:cs="Times New Roman"/>
          <w:sz w:val="24"/>
          <w:szCs w:val="24"/>
          <w:lang w:val="hu-HU"/>
        </w:rPr>
        <w:t>gondoskodjatok a</w:t>
      </w:r>
      <w:r w:rsidRPr="00013A10">
        <w:rPr>
          <w:rFonts w:ascii="Times New Roman" w:hAnsi="Times New Roman" w:cs="Times New Roman"/>
          <w:sz w:val="24"/>
          <w:szCs w:val="24"/>
          <w:lang w:val="hu-HU"/>
        </w:rPr>
        <w:t xml:space="preserve"> parázs eloltásáról </w:t>
      </w:r>
      <w:r w:rsidR="00664CAC" w:rsidRPr="00013A10">
        <w:rPr>
          <w:rFonts w:ascii="Times New Roman" w:hAnsi="Times New Roman" w:cs="Times New Roman"/>
          <w:sz w:val="24"/>
          <w:szCs w:val="24"/>
          <w:lang w:val="hu-HU"/>
        </w:rPr>
        <w:t xml:space="preserve">a </w:t>
      </w:r>
      <w:r w:rsidR="001E69BF" w:rsidRPr="00013A10">
        <w:rPr>
          <w:rFonts w:ascii="Times New Roman" w:hAnsi="Times New Roman" w:cs="Times New Roman"/>
          <w:sz w:val="24"/>
          <w:szCs w:val="24"/>
          <w:lang w:val="hu-HU"/>
        </w:rPr>
        <w:t>levegőztető alul és felül</w:t>
      </w:r>
      <w:r w:rsidR="00664CAC" w:rsidRPr="00013A10">
        <w:rPr>
          <w:rFonts w:ascii="Times New Roman" w:hAnsi="Times New Roman" w:cs="Times New Roman"/>
          <w:sz w:val="24"/>
          <w:szCs w:val="24"/>
          <w:lang w:val="hu-HU"/>
        </w:rPr>
        <w:t xml:space="preserve"> történő elzárásával</w:t>
      </w:r>
      <w:r w:rsidRPr="00013A10">
        <w:rPr>
          <w:rFonts w:ascii="Times New Roman" w:hAnsi="Times New Roman" w:cs="Times New Roman"/>
          <w:sz w:val="24"/>
          <w:szCs w:val="24"/>
          <w:lang w:val="hu-HU"/>
        </w:rPr>
        <w:t xml:space="preserve">. </w:t>
      </w:r>
    </w:p>
    <w:p w14:paraId="13EA1656" w14:textId="4C655778" w:rsidR="00532FF1" w:rsidRPr="00114312" w:rsidRDefault="00532FF1" w:rsidP="00E346CE">
      <w:pPr>
        <w:pStyle w:val="Felsorols"/>
        <w:tabs>
          <w:tab w:val="clear" w:pos="360"/>
        </w:tabs>
        <w:ind w:left="709" w:hanging="283"/>
        <w:jc w:val="both"/>
        <w:rPr>
          <w:rFonts w:ascii="Times New Roman" w:hAnsi="Times New Roman" w:cs="Times New Roman"/>
          <w:sz w:val="24"/>
          <w:szCs w:val="24"/>
          <w:lang w:val="hu-HU"/>
        </w:rPr>
      </w:pPr>
      <w:r w:rsidRPr="00114312">
        <w:rPr>
          <w:rFonts w:ascii="Times New Roman" w:hAnsi="Times New Roman" w:cs="Times New Roman"/>
          <w:sz w:val="24"/>
          <w:szCs w:val="24"/>
          <w:lang w:val="hu-HU"/>
        </w:rPr>
        <w:t>A fürdődézsa fa tüzelésű kályhája csak a</w:t>
      </w:r>
      <w:r w:rsidR="00114312" w:rsidRPr="00114312">
        <w:rPr>
          <w:rFonts w:ascii="Times New Roman" w:hAnsi="Times New Roman" w:cs="Times New Roman"/>
          <w:sz w:val="24"/>
          <w:szCs w:val="24"/>
          <w:lang w:val="hu-HU"/>
        </w:rPr>
        <w:t>z üzemeltető</w:t>
      </w:r>
      <w:r w:rsidRPr="00114312">
        <w:rPr>
          <w:rFonts w:ascii="Times New Roman" w:hAnsi="Times New Roman" w:cs="Times New Roman"/>
          <w:sz w:val="24"/>
          <w:szCs w:val="24"/>
          <w:lang w:val="hu-HU"/>
        </w:rPr>
        <w:t xml:space="preserve"> számára használható, a Vendégek elektromos fűtéssel használhatják a kijelzőn beállítva a kívánt vízhőmérsékletet. </w:t>
      </w:r>
    </w:p>
    <w:p w14:paraId="0DFC152C" w14:textId="77777777" w:rsidR="00AE5361" w:rsidRPr="00013A10" w:rsidRDefault="00000000" w:rsidP="00210F37">
      <w:pPr>
        <w:pStyle w:val="Cmsor2"/>
        <w:jc w:val="both"/>
        <w:rPr>
          <w:rFonts w:ascii="Times New Roman" w:hAnsi="Times New Roman" w:cs="Times New Roman"/>
          <w:color w:val="auto"/>
          <w:sz w:val="24"/>
          <w:szCs w:val="24"/>
          <w:lang w:val="hu-HU"/>
        </w:rPr>
      </w:pPr>
      <w:r w:rsidRPr="00013A10">
        <w:rPr>
          <w:rFonts w:ascii="Times New Roman" w:hAnsi="Times New Roman" w:cs="Times New Roman"/>
          <w:color w:val="auto"/>
          <w:sz w:val="24"/>
          <w:szCs w:val="24"/>
          <w:lang w:val="hu-HU"/>
        </w:rPr>
        <w:t>2. Fűtés és hűtés</w:t>
      </w:r>
    </w:p>
    <w:p w14:paraId="1AC4EDA9" w14:textId="77777777" w:rsidR="00AE5361" w:rsidRPr="00013A10" w:rsidRDefault="00000000" w:rsidP="00E346CE">
      <w:pPr>
        <w:pStyle w:val="Felsorols"/>
        <w:tabs>
          <w:tab w:val="clear" w:pos="360"/>
          <w:tab w:val="num" w:pos="709"/>
        </w:tabs>
        <w:ind w:left="709"/>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A fűtő- és hűtőberendezéseket ne takarják le, ne helyezzenek rá semmit.</w:t>
      </w:r>
    </w:p>
    <w:p w14:paraId="5B75F1C6" w14:textId="77777777" w:rsidR="00AE5361" w:rsidRPr="00013A10" w:rsidRDefault="00000000" w:rsidP="00210F37">
      <w:pPr>
        <w:pStyle w:val="Cmsor2"/>
        <w:jc w:val="both"/>
        <w:rPr>
          <w:rFonts w:ascii="Times New Roman" w:hAnsi="Times New Roman" w:cs="Times New Roman"/>
          <w:color w:val="auto"/>
          <w:sz w:val="24"/>
          <w:szCs w:val="24"/>
          <w:lang w:val="hu-HU"/>
        </w:rPr>
      </w:pPr>
      <w:r w:rsidRPr="00013A10">
        <w:rPr>
          <w:rFonts w:ascii="Times New Roman" w:hAnsi="Times New Roman" w:cs="Times New Roman"/>
          <w:color w:val="auto"/>
          <w:sz w:val="24"/>
          <w:szCs w:val="24"/>
          <w:lang w:val="hu-HU"/>
        </w:rPr>
        <w:t>3. Tűz esetén teendő lépések</w:t>
      </w:r>
    </w:p>
    <w:p w14:paraId="56C90D26" w14:textId="52AA0EE0" w:rsidR="00AE5361" w:rsidRDefault="00210F37" w:rsidP="00E346CE">
      <w:pPr>
        <w:pStyle w:val="Felsorols"/>
        <w:tabs>
          <w:tab w:val="clear" w:pos="360"/>
        </w:tabs>
        <w:ind w:left="709"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Tűz esetén kérjük őrizzétek meg a nyugalmatokat, és azonnal riasszátok a többi vendéget.</w:t>
      </w:r>
    </w:p>
    <w:p w14:paraId="7D85A3CF" w14:textId="77777777" w:rsidR="00E346CE" w:rsidRPr="00013A10" w:rsidRDefault="00E346CE" w:rsidP="00E346CE">
      <w:pPr>
        <w:pStyle w:val="Felsorols"/>
        <w:numPr>
          <w:ilvl w:val="0"/>
          <w:numId w:val="0"/>
        </w:numPr>
        <w:ind w:left="709"/>
        <w:jc w:val="both"/>
        <w:rPr>
          <w:rFonts w:ascii="Times New Roman" w:hAnsi="Times New Roman" w:cs="Times New Roman"/>
          <w:sz w:val="24"/>
          <w:szCs w:val="24"/>
          <w:lang w:val="hu-HU"/>
        </w:rPr>
      </w:pPr>
    </w:p>
    <w:p w14:paraId="48B65700" w14:textId="62AAAAD7" w:rsidR="00210F37" w:rsidRPr="00013A10" w:rsidRDefault="00000000" w:rsidP="00E346CE">
      <w:pPr>
        <w:pStyle w:val="Felsorols"/>
        <w:tabs>
          <w:tab w:val="clear" w:pos="360"/>
        </w:tabs>
        <w:ind w:left="709"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lastRenderedPageBreak/>
        <w:t>Hívj</w:t>
      </w:r>
      <w:r w:rsidR="00210F37" w:rsidRPr="00013A10">
        <w:rPr>
          <w:rFonts w:ascii="Times New Roman" w:hAnsi="Times New Roman" w:cs="Times New Roman"/>
          <w:sz w:val="24"/>
          <w:szCs w:val="24"/>
          <w:lang w:val="hu-HU"/>
        </w:rPr>
        <w:t>átok</w:t>
      </w:r>
      <w:r w:rsidRPr="00013A10">
        <w:rPr>
          <w:rFonts w:ascii="Times New Roman" w:hAnsi="Times New Roman" w:cs="Times New Roman"/>
          <w:sz w:val="24"/>
          <w:szCs w:val="24"/>
          <w:lang w:val="hu-HU"/>
        </w:rPr>
        <w:t xml:space="preserve"> a tűzoltókat a 112-es segélyhívón, és </w:t>
      </w:r>
      <w:r w:rsidR="00210F37" w:rsidRPr="00013A10">
        <w:rPr>
          <w:rFonts w:ascii="Times New Roman" w:hAnsi="Times New Roman" w:cs="Times New Roman"/>
          <w:sz w:val="24"/>
          <w:szCs w:val="24"/>
          <w:lang w:val="hu-HU"/>
        </w:rPr>
        <w:t xml:space="preserve">adjátok meg az alábbi információkat: </w:t>
      </w:r>
    </w:p>
    <w:p w14:paraId="6C3DD372" w14:textId="77777777" w:rsidR="00210F37" w:rsidRPr="00013A10" w:rsidRDefault="00210F37" w:rsidP="00E346CE">
      <w:pPr>
        <w:pStyle w:val="Felsorols"/>
        <w:tabs>
          <w:tab w:val="clear" w:pos="360"/>
          <w:tab w:val="num" w:pos="1080"/>
        </w:tabs>
        <w:ind w:left="1418"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mi ég, mit veszélyeztet a tűz</w:t>
      </w:r>
    </w:p>
    <w:p w14:paraId="5E1DFFB5" w14:textId="77777777" w:rsidR="00210F37" w:rsidRPr="00013A10" w:rsidRDefault="00210F37" w:rsidP="00E346CE">
      <w:pPr>
        <w:pStyle w:val="Felsorols"/>
        <w:tabs>
          <w:tab w:val="clear" w:pos="360"/>
          <w:tab w:val="num" w:pos="1080"/>
        </w:tabs>
        <w:ind w:left="1418"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a tűz kiterjedése</w:t>
      </w:r>
    </w:p>
    <w:p w14:paraId="7A0A4AEF" w14:textId="631CF136" w:rsidR="00AE5361" w:rsidRPr="00013A10" w:rsidRDefault="00210F37" w:rsidP="00E346CE">
      <w:pPr>
        <w:pStyle w:val="Felsorols"/>
        <w:tabs>
          <w:tab w:val="clear" w:pos="360"/>
          <w:tab w:val="num" w:pos="1080"/>
        </w:tabs>
        <w:ind w:left="1418"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a tűz helyszíne: </w:t>
      </w:r>
      <w:r w:rsidRPr="00013A10">
        <w:rPr>
          <w:rFonts w:ascii="Times New Roman" w:hAnsi="Times New Roman" w:cs="Times New Roman"/>
          <w:b/>
          <w:bCs/>
          <w:sz w:val="24"/>
          <w:szCs w:val="24"/>
          <w:lang w:val="hu-HU"/>
        </w:rPr>
        <w:t xml:space="preserve">3235 Mátraszentimre, Fácán utca 6. </w:t>
      </w:r>
    </w:p>
    <w:p w14:paraId="0DD82CA7" w14:textId="7C97A089" w:rsidR="00210F37" w:rsidRPr="00013A10" w:rsidRDefault="00210F37" w:rsidP="00E346CE">
      <w:pPr>
        <w:pStyle w:val="Felsorols"/>
        <w:tabs>
          <w:tab w:val="clear" w:pos="360"/>
          <w:tab w:val="num" w:pos="1080"/>
        </w:tabs>
        <w:ind w:left="1418"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van-e emberélet veszélyben, történt-e sérülés</w:t>
      </w:r>
    </w:p>
    <w:p w14:paraId="14437108" w14:textId="4338E88A" w:rsidR="00210F37" w:rsidRPr="00013A10" w:rsidRDefault="00210F37" w:rsidP="00E346CE">
      <w:pPr>
        <w:pStyle w:val="Felsorols"/>
        <w:tabs>
          <w:tab w:val="clear" w:pos="360"/>
          <w:tab w:val="num" w:pos="1080"/>
        </w:tabs>
        <w:ind w:left="1418"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bejelentő neve, telefonszáma</w:t>
      </w:r>
    </w:p>
    <w:p w14:paraId="77E9B4BF" w14:textId="43F4756E" w:rsidR="00AE5361" w:rsidRPr="00013A10" w:rsidRDefault="00210F37" w:rsidP="00E346CE">
      <w:pPr>
        <w:pStyle w:val="Felsorols"/>
        <w:tabs>
          <w:tab w:val="clear" w:pos="360"/>
        </w:tabs>
        <w:ind w:left="709"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A saját és mások veszélyeztetése nélkül kezdjétek meg eloltani a tüzet a kihelyezett porral oltóval.</w:t>
      </w:r>
      <w:r w:rsidR="00277841" w:rsidRPr="00013A10">
        <w:rPr>
          <w:rFonts w:ascii="Times New Roman" w:hAnsi="Times New Roman" w:cs="Times New Roman"/>
          <w:sz w:val="24"/>
          <w:szCs w:val="24"/>
          <w:lang w:val="hu-HU"/>
        </w:rPr>
        <w:t xml:space="preserve"> (</w:t>
      </w:r>
      <w:r w:rsidR="005C015E" w:rsidRPr="00013A10">
        <w:rPr>
          <w:rFonts w:ascii="Times New Roman" w:hAnsi="Times New Roman" w:cs="Times New Roman"/>
          <w:sz w:val="24"/>
          <w:szCs w:val="24"/>
          <w:lang w:val="hu-HU"/>
        </w:rPr>
        <w:t xml:space="preserve">Vendégház </w:t>
      </w:r>
      <w:r w:rsidR="00277841" w:rsidRPr="00013A10">
        <w:rPr>
          <w:rFonts w:ascii="Times New Roman" w:hAnsi="Times New Roman" w:cs="Times New Roman"/>
          <w:sz w:val="24"/>
          <w:szCs w:val="24"/>
          <w:lang w:val="hu-HU"/>
        </w:rPr>
        <w:t>előszob</w:t>
      </w:r>
      <w:r w:rsidR="005C015E" w:rsidRPr="00013A10">
        <w:rPr>
          <w:rFonts w:ascii="Times New Roman" w:hAnsi="Times New Roman" w:cs="Times New Roman"/>
          <w:sz w:val="24"/>
          <w:szCs w:val="24"/>
          <w:lang w:val="hu-HU"/>
        </w:rPr>
        <w:t>ájának</w:t>
      </w:r>
      <w:r w:rsidR="00277841" w:rsidRPr="00013A10">
        <w:rPr>
          <w:rFonts w:ascii="Times New Roman" w:hAnsi="Times New Roman" w:cs="Times New Roman"/>
          <w:sz w:val="24"/>
          <w:szCs w:val="24"/>
          <w:lang w:val="hu-HU"/>
        </w:rPr>
        <w:t xml:space="preserve"> fal</w:t>
      </w:r>
      <w:r w:rsidR="005C015E" w:rsidRPr="00013A10">
        <w:rPr>
          <w:rFonts w:ascii="Times New Roman" w:hAnsi="Times New Roman" w:cs="Times New Roman"/>
          <w:sz w:val="24"/>
          <w:szCs w:val="24"/>
          <w:lang w:val="hu-HU"/>
        </w:rPr>
        <w:t>án és</w:t>
      </w:r>
      <w:r w:rsidR="00277841" w:rsidRPr="00013A10">
        <w:rPr>
          <w:rFonts w:ascii="Times New Roman" w:hAnsi="Times New Roman" w:cs="Times New Roman"/>
          <w:sz w:val="24"/>
          <w:szCs w:val="24"/>
          <w:lang w:val="hu-HU"/>
        </w:rPr>
        <w:t xml:space="preserve"> külső helyszínen </w:t>
      </w:r>
      <w:r w:rsidR="005C015E" w:rsidRPr="00013A10">
        <w:rPr>
          <w:rFonts w:ascii="Times New Roman" w:hAnsi="Times New Roman" w:cs="Times New Roman"/>
          <w:sz w:val="24"/>
          <w:szCs w:val="24"/>
          <w:lang w:val="hu-HU"/>
        </w:rPr>
        <w:t>a bejárati ajtó melletti támfalon elhelyezve</w:t>
      </w:r>
      <w:r w:rsidR="00277841" w:rsidRPr="00013A10">
        <w:rPr>
          <w:rFonts w:ascii="Times New Roman" w:hAnsi="Times New Roman" w:cs="Times New Roman"/>
          <w:sz w:val="24"/>
          <w:szCs w:val="24"/>
          <w:lang w:val="hu-HU"/>
        </w:rPr>
        <w:t>)</w:t>
      </w:r>
    </w:p>
    <w:p w14:paraId="58467F29" w14:textId="3721951C" w:rsidR="00210F37" w:rsidRPr="00013A10" w:rsidRDefault="00210F37" w:rsidP="00E346CE">
      <w:pPr>
        <w:pStyle w:val="Felsorols"/>
        <w:tabs>
          <w:tab w:val="clear" w:pos="360"/>
        </w:tabs>
        <w:ind w:left="709"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Kérjük értesítsétek a Vendégház üzemeltetőjét a tűzeset keletkezéséről</w:t>
      </w:r>
      <w:r w:rsidR="00277841" w:rsidRPr="00013A10">
        <w:rPr>
          <w:rFonts w:ascii="Times New Roman" w:hAnsi="Times New Roman" w:cs="Times New Roman"/>
          <w:sz w:val="24"/>
          <w:szCs w:val="24"/>
          <w:lang w:val="hu-HU"/>
        </w:rPr>
        <w:t xml:space="preserve"> a lentebb található elérhetőségeken</w:t>
      </w:r>
      <w:r w:rsidRPr="00013A10">
        <w:rPr>
          <w:rFonts w:ascii="Times New Roman" w:hAnsi="Times New Roman" w:cs="Times New Roman"/>
          <w:sz w:val="24"/>
          <w:szCs w:val="24"/>
          <w:lang w:val="hu-HU"/>
        </w:rPr>
        <w:t xml:space="preserve">. </w:t>
      </w:r>
    </w:p>
    <w:p w14:paraId="23108BAC" w14:textId="15B77793" w:rsidR="00AE5361" w:rsidRPr="00013A10" w:rsidRDefault="00210F37" w:rsidP="00E346CE">
      <w:pPr>
        <w:pStyle w:val="Felsorols"/>
        <w:tabs>
          <w:tab w:val="clear" w:pos="360"/>
        </w:tabs>
        <w:ind w:left="709"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Amennyiben a tűz eloltása nem sikerül, minden esetben a Vendégház külterületén várjátok meg a tűzoltókat. </w:t>
      </w:r>
    </w:p>
    <w:p w14:paraId="3CF7D84D" w14:textId="595B9A95" w:rsidR="00114312" w:rsidRPr="00114312" w:rsidRDefault="00210F37" w:rsidP="00114312">
      <w:pPr>
        <w:pStyle w:val="Felsorols"/>
        <w:tabs>
          <w:tab w:val="clear" w:pos="360"/>
        </w:tabs>
        <w:ind w:left="709" w:hanging="425"/>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Az érintett személyek kötelesek a tűzoltóság tevékenységét elősegíteni. </w:t>
      </w:r>
    </w:p>
    <w:p w14:paraId="4CCB1B0D" w14:textId="77777777" w:rsidR="00AE5361" w:rsidRPr="00013A10" w:rsidRDefault="00000000" w:rsidP="00210F37">
      <w:pPr>
        <w:pStyle w:val="Cmsor2"/>
        <w:jc w:val="both"/>
        <w:rPr>
          <w:rFonts w:ascii="Times New Roman" w:hAnsi="Times New Roman" w:cs="Times New Roman"/>
          <w:color w:val="auto"/>
          <w:sz w:val="24"/>
          <w:szCs w:val="24"/>
          <w:lang w:val="hu-HU"/>
        </w:rPr>
      </w:pPr>
      <w:r w:rsidRPr="00013A10">
        <w:rPr>
          <w:rFonts w:ascii="Times New Roman" w:hAnsi="Times New Roman" w:cs="Times New Roman"/>
          <w:color w:val="auto"/>
          <w:sz w:val="24"/>
          <w:szCs w:val="24"/>
          <w:lang w:val="hu-HU"/>
        </w:rPr>
        <w:t>4. Tűzoltó felszerelések</w:t>
      </w:r>
    </w:p>
    <w:p w14:paraId="26D9AC33" w14:textId="77777777" w:rsidR="00AE5361" w:rsidRPr="00013A10" w:rsidRDefault="00000000" w:rsidP="00E346CE">
      <w:pPr>
        <w:pStyle w:val="Felsorols"/>
        <w:tabs>
          <w:tab w:val="clear" w:pos="360"/>
          <w:tab w:val="num" w:pos="567"/>
        </w:tabs>
        <w:ind w:left="851" w:hanging="567"/>
        <w:jc w:val="both"/>
        <w:rPr>
          <w:rFonts w:ascii="Times New Roman" w:hAnsi="Times New Roman" w:cs="Times New Roman"/>
          <w:b/>
          <w:bCs/>
          <w:sz w:val="24"/>
          <w:szCs w:val="24"/>
          <w:lang w:val="hu-HU"/>
        </w:rPr>
      </w:pPr>
      <w:r w:rsidRPr="00013A10">
        <w:rPr>
          <w:rFonts w:ascii="Times New Roman" w:hAnsi="Times New Roman" w:cs="Times New Roman"/>
          <w:b/>
          <w:bCs/>
          <w:sz w:val="24"/>
          <w:szCs w:val="24"/>
          <w:lang w:val="hu-HU"/>
        </w:rPr>
        <w:t>Az épületben tűzoltó készülékek találhatók a következő helyeken:</w:t>
      </w:r>
    </w:p>
    <w:p w14:paraId="0B97F94E" w14:textId="77777777" w:rsidR="00277841" w:rsidRPr="00013A10" w:rsidRDefault="00277841" w:rsidP="00277841">
      <w:pPr>
        <w:pStyle w:val="Felsorols"/>
        <w:numPr>
          <w:ilvl w:val="0"/>
          <w:numId w:val="0"/>
        </w:numPr>
        <w:jc w:val="both"/>
        <w:rPr>
          <w:rFonts w:ascii="Times New Roman" w:hAnsi="Times New Roman" w:cs="Times New Roman"/>
          <w:b/>
          <w:bCs/>
          <w:sz w:val="24"/>
          <w:szCs w:val="24"/>
          <w:lang w:val="hu-HU"/>
        </w:rPr>
      </w:pPr>
      <w:r w:rsidRPr="00013A10">
        <w:rPr>
          <w:rFonts w:ascii="Times New Roman" w:hAnsi="Times New Roman" w:cs="Times New Roman"/>
          <w:b/>
          <w:bCs/>
          <w:sz w:val="24"/>
          <w:szCs w:val="24"/>
          <w:lang w:val="hu-HU"/>
        </w:rPr>
        <w:t xml:space="preserve">Porral oltó készülék: </w:t>
      </w:r>
    </w:p>
    <w:p w14:paraId="5CFA99A7" w14:textId="77777777" w:rsidR="00277841" w:rsidRPr="00013A10" w:rsidRDefault="00277841" w:rsidP="00277841">
      <w:pPr>
        <w:pStyle w:val="Felsorols"/>
        <w:numPr>
          <w:ilvl w:val="0"/>
          <w:numId w:val="10"/>
        </w:numPr>
        <w:jc w:val="both"/>
        <w:rPr>
          <w:rFonts w:ascii="Times New Roman" w:hAnsi="Times New Roman" w:cs="Times New Roman"/>
          <w:b/>
          <w:bCs/>
          <w:sz w:val="24"/>
          <w:szCs w:val="24"/>
          <w:lang w:val="hu-HU"/>
        </w:rPr>
      </w:pPr>
      <w:r w:rsidRPr="00013A10">
        <w:rPr>
          <w:rFonts w:ascii="Times New Roman" w:hAnsi="Times New Roman" w:cs="Times New Roman"/>
          <w:b/>
          <w:bCs/>
          <w:sz w:val="24"/>
          <w:szCs w:val="24"/>
          <w:lang w:val="hu-HU"/>
        </w:rPr>
        <w:t xml:space="preserve">bent az </w:t>
      </w:r>
      <w:proofErr w:type="gramStart"/>
      <w:r w:rsidRPr="00013A10">
        <w:rPr>
          <w:rFonts w:ascii="Times New Roman" w:hAnsi="Times New Roman" w:cs="Times New Roman"/>
          <w:b/>
          <w:bCs/>
          <w:sz w:val="24"/>
          <w:szCs w:val="24"/>
          <w:lang w:val="hu-HU"/>
        </w:rPr>
        <w:t>előszoba falon</w:t>
      </w:r>
      <w:proofErr w:type="gramEnd"/>
      <w:r w:rsidRPr="00013A10">
        <w:rPr>
          <w:rFonts w:ascii="Times New Roman" w:hAnsi="Times New Roman" w:cs="Times New Roman"/>
          <w:b/>
          <w:bCs/>
          <w:sz w:val="24"/>
          <w:szCs w:val="24"/>
          <w:lang w:val="hu-HU"/>
        </w:rPr>
        <w:t xml:space="preserve"> elhelyezve</w:t>
      </w:r>
    </w:p>
    <w:p w14:paraId="167BBD23" w14:textId="7C6FC294" w:rsidR="00277841" w:rsidRPr="00013A10" w:rsidRDefault="00277841" w:rsidP="00277841">
      <w:pPr>
        <w:pStyle w:val="Felsorols"/>
        <w:numPr>
          <w:ilvl w:val="0"/>
          <w:numId w:val="10"/>
        </w:numPr>
        <w:jc w:val="both"/>
        <w:rPr>
          <w:rFonts w:ascii="Times New Roman" w:hAnsi="Times New Roman" w:cs="Times New Roman"/>
          <w:b/>
          <w:bCs/>
          <w:sz w:val="24"/>
          <w:szCs w:val="24"/>
          <w:lang w:val="hu-HU"/>
        </w:rPr>
      </w:pPr>
      <w:r w:rsidRPr="00013A10">
        <w:rPr>
          <w:rFonts w:ascii="Times New Roman" w:hAnsi="Times New Roman" w:cs="Times New Roman"/>
          <w:b/>
          <w:bCs/>
          <w:sz w:val="24"/>
          <w:szCs w:val="24"/>
          <w:lang w:val="hu-HU"/>
        </w:rPr>
        <w:t xml:space="preserve">kint a </w:t>
      </w:r>
      <w:r w:rsidR="005C015E" w:rsidRPr="00013A10">
        <w:rPr>
          <w:rFonts w:ascii="Times New Roman" w:hAnsi="Times New Roman" w:cs="Times New Roman"/>
          <w:b/>
          <w:bCs/>
          <w:sz w:val="24"/>
          <w:szCs w:val="24"/>
          <w:lang w:val="hu-HU"/>
        </w:rPr>
        <w:t>bejárati ajtó</w:t>
      </w:r>
      <w:r w:rsidRPr="00013A10">
        <w:rPr>
          <w:rFonts w:ascii="Times New Roman" w:hAnsi="Times New Roman" w:cs="Times New Roman"/>
          <w:b/>
          <w:bCs/>
          <w:sz w:val="24"/>
          <w:szCs w:val="24"/>
          <w:lang w:val="hu-HU"/>
        </w:rPr>
        <w:t xml:space="preserve"> mellett</w:t>
      </w:r>
      <w:r w:rsidR="005C015E" w:rsidRPr="00013A10">
        <w:rPr>
          <w:rFonts w:ascii="Times New Roman" w:hAnsi="Times New Roman" w:cs="Times New Roman"/>
          <w:b/>
          <w:bCs/>
          <w:sz w:val="24"/>
          <w:szCs w:val="24"/>
          <w:lang w:val="hu-HU"/>
        </w:rPr>
        <w:t>i támfalon</w:t>
      </w:r>
      <w:r w:rsidRPr="00013A10">
        <w:rPr>
          <w:rFonts w:ascii="Times New Roman" w:hAnsi="Times New Roman" w:cs="Times New Roman"/>
          <w:b/>
          <w:bCs/>
          <w:sz w:val="24"/>
          <w:szCs w:val="24"/>
          <w:lang w:val="hu-HU"/>
        </w:rPr>
        <w:t xml:space="preserve"> elhelyezve. </w:t>
      </w:r>
    </w:p>
    <w:p w14:paraId="38B03A5B" w14:textId="6E3F8380" w:rsidR="00277841" w:rsidRPr="00013A10" w:rsidRDefault="00277841" w:rsidP="00277841">
      <w:pPr>
        <w:pStyle w:val="Felsorols"/>
        <w:numPr>
          <w:ilvl w:val="0"/>
          <w:numId w:val="10"/>
        </w:numPr>
        <w:jc w:val="both"/>
        <w:rPr>
          <w:rFonts w:ascii="Times New Roman" w:hAnsi="Times New Roman" w:cs="Times New Roman"/>
          <w:b/>
          <w:bCs/>
          <w:sz w:val="24"/>
          <w:szCs w:val="24"/>
          <w:lang w:val="hu-HU"/>
        </w:rPr>
      </w:pPr>
      <w:r w:rsidRPr="00013A10">
        <w:rPr>
          <w:rFonts w:ascii="Times New Roman" w:hAnsi="Times New Roman" w:cs="Times New Roman"/>
          <w:b/>
          <w:bCs/>
          <w:sz w:val="24"/>
          <w:szCs w:val="24"/>
          <w:lang w:val="hu-HU"/>
        </w:rPr>
        <w:t xml:space="preserve"> A konyhában a kisebb tüzek megfékezése érdekében tűzoltó lepel került elhelyezésre a páraelszívó szekrény oldalán. </w:t>
      </w:r>
    </w:p>
    <w:p w14:paraId="0008D4AB" w14:textId="7B20859D" w:rsidR="00AE5361" w:rsidRPr="00013A10" w:rsidRDefault="00000000" w:rsidP="00210F37">
      <w:pPr>
        <w:pStyle w:val="Felsorols"/>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Ezeket csak vészhelyzet esetén használjá</w:t>
      </w:r>
      <w:r w:rsidR="00210F37" w:rsidRPr="00013A10">
        <w:rPr>
          <w:rFonts w:ascii="Times New Roman" w:hAnsi="Times New Roman" w:cs="Times New Roman"/>
          <w:sz w:val="24"/>
          <w:szCs w:val="24"/>
          <w:lang w:val="hu-HU"/>
        </w:rPr>
        <w:t>to</w:t>
      </w:r>
      <w:r w:rsidRPr="00013A10">
        <w:rPr>
          <w:rFonts w:ascii="Times New Roman" w:hAnsi="Times New Roman" w:cs="Times New Roman"/>
          <w:sz w:val="24"/>
          <w:szCs w:val="24"/>
          <w:lang w:val="hu-HU"/>
        </w:rPr>
        <w:t>k!</w:t>
      </w:r>
      <w:r w:rsidR="00277841" w:rsidRPr="00013A10">
        <w:rPr>
          <w:rFonts w:ascii="Times New Roman" w:hAnsi="Times New Roman" w:cs="Times New Roman"/>
          <w:sz w:val="24"/>
          <w:szCs w:val="24"/>
          <w:lang w:val="hu-HU"/>
        </w:rPr>
        <w:t xml:space="preserve"> </w:t>
      </w:r>
    </w:p>
    <w:p w14:paraId="6DD3526D" w14:textId="77777777" w:rsidR="00AE5361" w:rsidRPr="00013A10" w:rsidRDefault="00000000" w:rsidP="00210F37">
      <w:pPr>
        <w:pStyle w:val="Cmsor2"/>
        <w:jc w:val="both"/>
        <w:rPr>
          <w:rFonts w:ascii="Times New Roman" w:hAnsi="Times New Roman" w:cs="Times New Roman"/>
          <w:color w:val="auto"/>
          <w:sz w:val="24"/>
          <w:szCs w:val="24"/>
          <w:lang w:val="hu-HU"/>
        </w:rPr>
      </w:pPr>
      <w:r w:rsidRPr="00013A10">
        <w:rPr>
          <w:rFonts w:ascii="Times New Roman" w:hAnsi="Times New Roman" w:cs="Times New Roman"/>
          <w:color w:val="auto"/>
          <w:sz w:val="24"/>
          <w:szCs w:val="24"/>
          <w:lang w:val="hu-HU"/>
        </w:rPr>
        <w:t>5. Mi számít tűzvédelmi szabálysértésnek?</w:t>
      </w:r>
    </w:p>
    <w:p w14:paraId="5F0E032D" w14:textId="77777777" w:rsidR="00AE5361" w:rsidRPr="00013A10" w:rsidRDefault="00000000" w:rsidP="00013A10">
      <w:pPr>
        <w:pStyle w:val="Felsorols"/>
        <w:numPr>
          <w:ilvl w:val="0"/>
          <w:numId w:val="0"/>
        </w:numPr>
        <w:ind w:left="360"/>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A vendég anyagi felelősséggel tartozik, ha:</w:t>
      </w:r>
    </w:p>
    <w:p w14:paraId="379CCC42" w14:textId="77777777" w:rsidR="00AE5361" w:rsidRPr="00013A10" w:rsidRDefault="00000000" w:rsidP="00013A10">
      <w:pPr>
        <w:pStyle w:val="Felsorols"/>
        <w:numPr>
          <w:ilvl w:val="0"/>
          <w:numId w:val="0"/>
        </w:numPr>
        <w:ind w:firstLine="360"/>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 - tiltott tevékenység (pl. dohányzás, nyílt láng használata) tüzet okoz,</w:t>
      </w:r>
    </w:p>
    <w:p w14:paraId="1554E3EF" w14:textId="77777777" w:rsidR="00AE5361" w:rsidRPr="00013A10" w:rsidRDefault="00000000" w:rsidP="00013A10">
      <w:pPr>
        <w:pStyle w:val="Felsorols"/>
        <w:numPr>
          <w:ilvl w:val="0"/>
          <w:numId w:val="0"/>
        </w:numPr>
        <w:ind w:left="360"/>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 - tűzvédelmi eszközöket megrongál vagy jogosulatlanul használ,</w:t>
      </w:r>
    </w:p>
    <w:p w14:paraId="48A21B4B" w14:textId="28C77C03" w:rsidR="00C35FAA" w:rsidRPr="00013A10" w:rsidRDefault="00C35FAA" w:rsidP="00013A10">
      <w:pPr>
        <w:pStyle w:val="Felsorols"/>
        <w:numPr>
          <w:ilvl w:val="0"/>
          <w:numId w:val="0"/>
        </w:numPr>
        <w:ind w:left="360"/>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 - elektromos berendezések nem rendeltetésszerű használata,</w:t>
      </w:r>
    </w:p>
    <w:p w14:paraId="6AB235BA" w14:textId="187357B2" w:rsidR="00664CAC" w:rsidRPr="00013A10" w:rsidRDefault="00664CAC" w:rsidP="00013A10">
      <w:pPr>
        <w:pStyle w:val="Felsorols"/>
        <w:numPr>
          <w:ilvl w:val="0"/>
          <w:numId w:val="0"/>
        </w:numPr>
        <w:ind w:left="360"/>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 - jelen szabályzat be nem tartása</w:t>
      </w:r>
    </w:p>
    <w:p w14:paraId="74B90723" w14:textId="3A730D08" w:rsidR="00AE5361" w:rsidRPr="00013A10" w:rsidRDefault="00000000" w:rsidP="00013A10">
      <w:pPr>
        <w:pStyle w:val="Felsorols"/>
        <w:numPr>
          <w:ilvl w:val="0"/>
          <w:numId w:val="0"/>
        </w:numPr>
        <w:ind w:left="360"/>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 xml:space="preserve"> - tűzriadó esetén nem működik együtt a hatóságokkal.</w:t>
      </w:r>
    </w:p>
    <w:p w14:paraId="49F9921E" w14:textId="77777777" w:rsidR="00277841" w:rsidRPr="00013A10" w:rsidRDefault="00000000" w:rsidP="00210F37">
      <w:pPr>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Köszönjük együttműködés</w:t>
      </w:r>
      <w:r w:rsidR="00210F37" w:rsidRPr="00013A10">
        <w:rPr>
          <w:rFonts w:ascii="Times New Roman" w:hAnsi="Times New Roman" w:cs="Times New Roman"/>
          <w:sz w:val="24"/>
          <w:szCs w:val="24"/>
          <w:lang w:val="hu-HU"/>
        </w:rPr>
        <w:t>ete</w:t>
      </w:r>
      <w:r w:rsidRPr="00013A10">
        <w:rPr>
          <w:rFonts w:ascii="Times New Roman" w:hAnsi="Times New Roman" w:cs="Times New Roman"/>
          <w:sz w:val="24"/>
          <w:szCs w:val="24"/>
          <w:lang w:val="hu-HU"/>
        </w:rPr>
        <w:t>ket és felelősségteljes magatartás</w:t>
      </w:r>
      <w:r w:rsidR="00210F37" w:rsidRPr="00013A10">
        <w:rPr>
          <w:rFonts w:ascii="Times New Roman" w:hAnsi="Times New Roman" w:cs="Times New Roman"/>
          <w:sz w:val="24"/>
          <w:szCs w:val="24"/>
          <w:lang w:val="hu-HU"/>
        </w:rPr>
        <w:t>otokat</w:t>
      </w:r>
      <w:r w:rsidRPr="00013A10">
        <w:rPr>
          <w:rFonts w:ascii="Times New Roman" w:hAnsi="Times New Roman" w:cs="Times New Roman"/>
          <w:sz w:val="24"/>
          <w:szCs w:val="24"/>
          <w:lang w:val="hu-HU"/>
        </w:rPr>
        <w:t>!</w:t>
      </w:r>
    </w:p>
    <w:p w14:paraId="0E70A7D7" w14:textId="77777777" w:rsidR="00E346CE" w:rsidRDefault="00E346CE" w:rsidP="00210F37">
      <w:pPr>
        <w:jc w:val="both"/>
        <w:rPr>
          <w:rFonts w:ascii="Times New Roman" w:hAnsi="Times New Roman" w:cs="Times New Roman"/>
          <w:sz w:val="24"/>
          <w:szCs w:val="24"/>
          <w:lang w:val="hu-HU"/>
        </w:rPr>
      </w:pPr>
    </w:p>
    <w:p w14:paraId="3F2BCE47" w14:textId="77777777" w:rsidR="00E346CE" w:rsidRDefault="00E346CE" w:rsidP="00210F37">
      <w:pPr>
        <w:jc w:val="both"/>
        <w:rPr>
          <w:rFonts w:ascii="Times New Roman" w:hAnsi="Times New Roman" w:cs="Times New Roman"/>
          <w:sz w:val="24"/>
          <w:szCs w:val="24"/>
          <w:lang w:val="hu-HU"/>
        </w:rPr>
      </w:pPr>
    </w:p>
    <w:p w14:paraId="48B0CDE8" w14:textId="3C2EE079" w:rsidR="00277841" w:rsidRPr="00013A10" w:rsidRDefault="00000000" w:rsidP="00210F37">
      <w:pPr>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lastRenderedPageBreak/>
        <w:br/>
      </w:r>
      <w:r w:rsidR="008D23D0" w:rsidRPr="00013A10">
        <w:rPr>
          <w:rFonts w:ascii="Times New Roman" w:hAnsi="Times New Roman" w:cs="Times New Roman"/>
          <w:sz w:val="24"/>
          <w:szCs w:val="24"/>
          <w:lang w:val="hu-HU"/>
        </w:rPr>
        <w:t xml:space="preserve">A Foglalással minden Vendégünk kötelező érvénnyel igazolja, hogy jelen utasításba foglaltakat megértette, elfogadja és betartja, illetve másokkal betartatja. Az utasításban foglaltak be nem tartása és az ebből eredő károk esetén kénytelenek vagyunk Vendégeinkkel szemben kártérítési kötelezettségüket érvényesíteni. </w:t>
      </w:r>
    </w:p>
    <w:p w14:paraId="3BC65B19" w14:textId="16E62316" w:rsidR="00277841" w:rsidRPr="00013A10" w:rsidRDefault="00000000" w:rsidP="00013A10">
      <w:pPr>
        <w:spacing w:after="0" w:line="240" w:lineRule="auto"/>
        <w:jc w:val="both"/>
        <w:rPr>
          <w:rFonts w:ascii="Times New Roman" w:hAnsi="Times New Roman" w:cs="Times New Roman"/>
          <w:sz w:val="24"/>
          <w:szCs w:val="24"/>
          <w:lang w:val="hu-HU"/>
        </w:rPr>
      </w:pPr>
      <w:r w:rsidRPr="00013A10">
        <w:rPr>
          <w:rFonts w:ascii="Times New Roman" w:hAnsi="Times New Roman" w:cs="Times New Roman"/>
          <w:sz w:val="24"/>
          <w:szCs w:val="24"/>
          <w:lang w:val="hu-HU"/>
        </w:rPr>
        <w:t>A vendégház</w:t>
      </w:r>
      <w:r w:rsidR="00013A10" w:rsidRPr="00013A10">
        <w:rPr>
          <w:rFonts w:ascii="Times New Roman" w:hAnsi="Times New Roman" w:cs="Times New Roman"/>
          <w:sz w:val="24"/>
          <w:szCs w:val="24"/>
          <w:lang w:val="hu-HU"/>
        </w:rPr>
        <w:t xml:space="preserve"> üzemeltetője</w:t>
      </w:r>
      <w:r w:rsidR="00F37DDE">
        <w:rPr>
          <w:rFonts w:ascii="Times New Roman" w:hAnsi="Times New Roman" w:cs="Times New Roman"/>
          <w:sz w:val="24"/>
          <w:szCs w:val="24"/>
          <w:lang w:val="hu-HU"/>
        </w:rPr>
        <w:t>:</w:t>
      </w:r>
    </w:p>
    <w:p w14:paraId="05CA23CE" w14:textId="612278AD" w:rsidR="00277841" w:rsidRPr="00E346CE" w:rsidRDefault="00277841" w:rsidP="00013A10">
      <w:pPr>
        <w:spacing w:after="0" w:line="240" w:lineRule="auto"/>
        <w:jc w:val="both"/>
        <w:rPr>
          <w:rFonts w:ascii="Times New Roman" w:hAnsi="Times New Roman" w:cs="Times New Roman"/>
          <w:sz w:val="24"/>
          <w:szCs w:val="24"/>
          <w:lang w:val="hu-HU"/>
        </w:rPr>
      </w:pPr>
      <w:r w:rsidRPr="00E346CE">
        <w:rPr>
          <w:rFonts w:ascii="Times New Roman" w:hAnsi="Times New Roman" w:cs="Times New Roman"/>
          <w:sz w:val="24"/>
          <w:szCs w:val="24"/>
          <w:lang w:val="hu-HU"/>
        </w:rPr>
        <w:t xml:space="preserve">Üzemeltető neve: </w:t>
      </w:r>
      <w:r w:rsidR="00E346CE" w:rsidRPr="00E346CE">
        <w:rPr>
          <w:rFonts w:ascii="Times New Roman" w:hAnsi="Times New Roman" w:cs="Times New Roman"/>
          <w:sz w:val="24"/>
          <w:szCs w:val="24"/>
          <w:lang w:val="hu-HU"/>
        </w:rPr>
        <w:t>Lángos Anna</w:t>
      </w:r>
    </w:p>
    <w:p w14:paraId="7953B635" w14:textId="56454DBC" w:rsidR="00AE5361" w:rsidRDefault="00277841" w:rsidP="00013A10">
      <w:pPr>
        <w:spacing w:after="0" w:line="240" w:lineRule="auto"/>
        <w:jc w:val="both"/>
        <w:rPr>
          <w:rFonts w:ascii="Times New Roman" w:hAnsi="Times New Roman" w:cs="Times New Roman"/>
          <w:sz w:val="24"/>
          <w:szCs w:val="24"/>
          <w:lang w:val="hu-HU"/>
        </w:rPr>
      </w:pPr>
      <w:r w:rsidRPr="00E346CE">
        <w:rPr>
          <w:rFonts w:ascii="Times New Roman" w:hAnsi="Times New Roman" w:cs="Times New Roman"/>
          <w:sz w:val="24"/>
          <w:szCs w:val="24"/>
          <w:lang w:val="hu-HU"/>
        </w:rPr>
        <w:t xml:space="preserve">Telefonszám: </w:t>
      </w:r>
      <w:r w:rsidR="00E346CE" w:rsidRPr="00E346CE">
        <w:rPr>
          <w:rFonts w:ascii="Times New Roman" w:hAnsi="Times New Roman" w:cs="Times New Roman"/>
          <w:sz w:val="24"/>
          <w:szCs w:val="24"/>
          <w:lang w:val="hu-HU"/>
        </w:rPr>
        <w:t>06-20-491-7603</w:t>
      </w:r>
    </w:p>
    <w:p w14:paraId="265E5230" w14:textId="4BC385EC" w:rsidR="00E346CE" w:rsidRPr="00E346CE" w:rsidRDefault="00E346CE" w:rsidP="00013A10">
      <w:pPr>
        <w:spacing w:after="0" w:line="240" w:lineRule="auto"/>
        <w:jc w:val="both"/>
        <w:rPr>
          <w:rFonts w:ascii="Times New Roman" w:hAnsi="Times New Roman" w:cs="Times New Roman"/>
          <w:sz w:val="24"/>
          <w:szCs w:val="24"/>
          <w:lang w:val="hu-HU"/>
        </w:rPr>
      </w:pPr>
      <w:r>
        <w:rPr>
          <w:rFonts w:ascii="Times New Roman" w:hAnsi="Times New Roman" w:cs="Times New Roman"/>
          <w:sz w:val="24"/>
          <w:szCs w:val="24"/>
          <w:lang w:val="hu-HU"/>
        </w:rPr>
        <w:t>Email: kapcsolat@facanfeszek.hu</w:t>
      </w:r>
    </w:p>
    <w:p w14:paraId="7ED3CBDA" w14:textId="77777777" w:rsidR="00013A10" w:rsidRPr="00E346CE" w:rsidRDefault="00013A10" w:rsidP="00013A10">
      <w:pPr>
        <w:spacing w:after="0" w:line="240" w:lineRule="auto"/>
        <w:jc w:val="both"/>
        <w:rPr>
          <w:rFonts w:ascii="Times New Roman" w:hAnsi="Times New Roman" w:cs="Times New Roman"/>
          <w:sz w:val="24"/>
          <w:szCs w:val="24"/>
          <w:lang w:val="hu-HU"/>
        </w:rPr>
      </w:pPr>
    </w:p>
    <w:p w14:paraId="0A9DEA3C" w14:textId="77777777" w:rsidR="00013A10" w:rsidRPr="00E346CE" w:rsidRDefault="00013A10" w:rsidP="00013A10">
      <w:pPr>
        <w:spacing w:after="0" w:line="240" w:lineRule="auto"/>
        <w:jc w:val="both"/>
        <w:rPr>
          <w:rFonts w:ascii="Times New Roman" w:hAnsi="Times New Roman" w:cs="Times New Roman"/>
          <w:sz w:val="24"/>
          <w:szCs w:val="24"/>
          <w:lang w:val="hu-HU"/>
        </w:rPr>
      </w:pPr>
      <w:r w:rsidRPr="00E346CE">
        <w:rPr>
          <w:rFonts w:ascii="Times New Roman" w:hAnsi="Times New Roman" w:cs="Times New Roman"/>
          <w:sz w:val="24"/>
          <w:szCs w:val="24"/>
          <w:lang w:val="hu-HU"/>
        </w:rPr>
        <w:t>Vendégház vezetősége:</w:t>
      </w:r>
    </w:p>
    <w:p w14:paraId="55888117" w14:textId="17A26D92" w:rsidR="00013A10" w:rsidRPr="00E346CE" w:rsidRDefault="00013A10" w:rsidP="00013A10">
      <w:pPr>
        <w:spacing w:after="0" w:line="240" w:lineRule="auto"/>
        <w:jc w:val="both"/>
        <w:rPr>
          <w:rFonts w:ascii="Times New Roman" w:hAnsi="Times New Roman" w:cs="Times New Roman"/>
          <w:sz w:val="24"/>
          <w:szCs w:val="24"/>
          <w:lang w:val="hu-HU"/>
        </w:rPr>
      </w:pPr>
      <w:r w:rsidRPr="00E346CE">
        <w:rPr>
          <w:rFonts w:ascii="Times New Roman" w:hAnsi="Times New Roman" w:cs="Times New Roman"/>
          <w:sz w:val="24"/>
          <w:szCs w:val="24"/>
          <w:lang w:val="hu-HU"/>
        </w:rPr>
        <w:t xml:space="preserve"> Név: </w:t>
      </w:r>
      <w:proofErr w:type="spellStart"/>
      <w:r w:rsidR="00E346CE" w:rsidRPr="00E346CE">
        <w:rPr>
          <w:rFonts w:ascii="Times New Roman" w:hAnsi="Times New Roman" w:cs="Times New Roman"/>
          <w:sz w:val="24"/>
          <w:szCs w:val="24"/>
          <w:lang w:val="hu-HU"/>
        </w:rPr>
        <w:t>Bobál</w:t>
      </w:r>
      <w:proofErr w:type="spellEnd"/>
      <w:r w:rsidR="00E346CE" w:rsidRPr="00E346CE">
        <w:rPr>
          <w:rFonts w:ascii="Times New Roman" w:hAnsi="Times New Roman" w:cs="Times New Roman"/>
          <w:sz w:val="24"/>
          <w:szCs w:val="24"/>
          <w:lang w:val="hu-HU"/>
        </w:rPr>
        <w:t xml:space="preserve"> Katalin</w:t>
      </w:r>
    </w:p>
    <w:p w14:paraId="0281D279" w14:textId="3877F9F2" w:rsidR="00277841" w:rsidRDefault="00013A10" w:rsidP="00013A10">
      <w:pPr>
        <w:spacing w:after="0" w:line="240" w:lineRule="auto"/>
        <w:jc w:val="both"/>
        <w:rPr>
          <w:rFonts w:ascii="Times New Roman" w:hAnsi="Times New Roman" w:cs="Times New Roman"/>
          <w:sz w:val="24"/>
          <w:szCs w:val="24"/>
          <w:lang w:val="hu-HU"/>
        </w:rPr>
      </w:pPr>
      <w:r w:rsidRPr="00E346CE">
        <w:rPr>
          <w:rFonts w:ascii="Times New Roman" w:hAnsi="Times New Roman" w:cs="Times New Roman"/>
          <w:sz w:val="24"/>
          <w:szCs w:val="24"/>
          <w:lang w:val="hu-HU"/>
        </w:rPr>
        <w:t xml:space="preserve">Telefonszám: </w:t>
      </w:r>
      <w:r w:rsidR="00E346CE" w:rsidRPr="00E346CE">
        <w:rPr>
          <w:rFonts w:ascii="Times New Roman" w:hAnsi="Times New Roman" w:cs="Times New Roman"/>
          <w:sz w:val="24"/>
          <w:szCs w:val="24"/>
          <w:lang w:val="hu-HU"/>
        </w:rPr>
        <w:t>06-30-209-8798</w:t>
      </w:r>
    </w:p>
    <w:p w14:paraId="32C7B51F" w14:textId="70D3A2FD" w:rsidR="00E346CE" w:rsidRPr="00013A10" w:rsidRDefault="00E346CE" w:rsidP="00013A10">
      <w:pPr>
        <w:spacing w:after="0" w:line="240" w:lineRule="auto"/>
        <w:jc w:val="both"/>
        <w:rPr>
          <w:rFonts w:ascii="Times New Roman" w:hAnsi="Times New Roman" w:cs="Times New Roman"/>
          <w:sz w:val="24"/>
          <w:szCs w:val="24"/>
          <w:lang w:val="hu-HU"/>
        </w:rPr>
      </w:pPr>
      <w:r>
        <w:rPr>
          <w:rFonts w:ascii="Times New Roman" w:hAnsi="Times New Roman" w:cs="Times New Roman"/>
          <w:sz w:val="24"/>
          <w:szCs w:val="24"/>
          <w:lang w:val="hu-HU"/>
        </w:rPr>
        <w:t>Email: kapcsolat@facanfeszek.hu</w:t>
      </w:r>
    </w:p>
    <w:sectPr w:rsidR="00E346CE" w:rsidRPr="00013A10"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50A05" w14:textId="77777777" w:rsidR="00DD1335" w:rsidRDefault="00DD1335" w:rsidP="00E346CE">
      <w:pPr>
        <w:spacing w:after="0" w:line="240" w:lineRule="auto"/>
      </w:pPr>
      <w:r>
        <w:separator/>
      </w:r>
    </w:p>
  </w:endnote>
  <w:endnote w:type="continuationSeparator" w:id="0">
    <w:p w14:paraId="3A89C4C8" w14:textId="77777777" w:rsidR="00DD1335" w:rsidRDefault="00DD1335" w:rsidP="00E34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71FA" w14:textId="77777777" w:rsidR="00DD1335" w:rsidRDefault="00DD1335" w:rsidP="00E346CE">
      <w:pPr>
        <w:spacing w:after="0" w:line="240" w:lineRule="auto"/>
      </w:pPr>
      <w:r>
        <w:separator/>
      </w:r>
    </w:p>
  </w:footnote>
  <w:footnote w:type="continuationSeparator" w:id="0">
    <w:p w14:paraId="55C709F1" w14:textId="77777777" w:rsidR="00DD1335" w:rsidRDefault="00DD1335" w:rsidP="00E34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65BA" w14:textId="1F4648B5" w:rsidR="00E346CE" w:rsidRDefault="00E346CE">
    <w:pPr>
      <w:pStyle w:val="lfej"/>
    </w:pPr>
    <w:r>
      <w:rPr>
        <w:noProof/>
      </w:rPr>
      <w:drawing>
        <wp:inline distT="0" distB="0" distL="0" distR="0" wp14:anchorId="1A5CEBC5" wp14:editId="0CA7E4CE">
          <wp:extent cx="1112029" cy="980104"/>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
                  <a:stretch>
                    <a:fillRect/>
                  </a:stretch>
                </pic:blipFill>
                <pic:spPr>
                  <a:xfrm>
                    <a:off x="0" y="0"/>
                    <a:ext cx="1131709" cy="997449"/>
                  </a:xfrm>
                  <a:prstGeom prst="rect">
                    <a:avLst/>
                  </a:prstGeom>
                </pic:spPr>
              </pic:pic>
            </a:graphicData>
          </a:graphic>
        </wp:inline>
      </w:drawing>
    </w:r>
  </w:p>
  <w:p w14:paraId="2F8E98D1" w14:textId="77777777" w:rsidR="00E346CE" w:rsidRDefault="00E346CE">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abstractNum w:abstractNumId="9" w15:restartNumberingAfterBreak="0">
    <w:nsid w:val="6EA32705"/>
    <w:multiLevelType w:val="hybridMultilevel"/>
    <w:tmpl w:val="86FCEAD4"/>
    <w:lvl w:ilvl="0" w:tplc="49F0EF36">
      <w:start w:val="4"/>
      <w:numFmt w:val="bullet"/>
      <w:lvlText w:val="-"/>
      <w:lvlJc w:val="left"/>
      <w:pPr>
        <w:ind w:left="720" w:hanging="360"/>
      </w:pPr>
      <w:rPr>
        <w:rFonts w:ascii="Arial" w:eastAsiaTheme="minorEastAsia"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37667834">
    <w:abstractNumId w:val="8"/>
  </w:num>
  <w:num w:numId="2" w16cid:durableId="269706574">
    <w:abstractNumId w:val="6"/>
  </w:num>
  <w:num w:numId="3" w16cid:durableId="1849249878">
    <w:abstractNumId w:val="5"/>
  </w:num>
  <w:num w:numId="4" w16cid:durableId="1016153056">
    <w:abstractNumId w:val="4"/>
  </w:num>
  <w:num w:numId="5" w16cid:durableId="2141609520">
    <w:abstractNumId w:val="7"/>
  </w:num>
  <w:num w:numId="6" w16cid:durableId="1001196460">
    <w:abstractNumId w:val="3"/>
  </w:num>
  <w:num w:numId="7" w16cid:durableId="1832796970">
    <w:abstractNumId w:val="2"/>
  </w:num>
  <w:num w:numId="8" w16cid:durableId="1897548408">
    <w:abstractNumId w:val="1"/>
  </w:num>
  <w:num w:numId="9" w16cid:durableId="1266689552">
    <w:abstractNumId w:val="0"/>
  </w:num>
  <w:num w:numId="10" w16cid:durableId="11699535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A10"/>
    <w:rsid w:val="00034616"/>
    <w:rsid w:val="0006063C"/>
    <w:rsid w:val="000D5B9E"/>
    <w:rsid w:val="00114312"/>
    <w:rsid w:val="0015074B"/>
    <w:rsid w:val="001E69BF"/>
    <w:rsid w:val="00210F37"/>
    <w:rsid w:val="00271FCA"/>
    <w:rsid w:val="00277841"/>
    <w:rsid w:val="0029639D"/>
    <w:rsid w:val="00326F90"/>
    <w:rsid w:val="00532FF1"/>
    <w:rsid w:val="005C015E"/>
    <w:rsid w:val="00664CAC"/>
    <w:rsid w:val="0074446A"/>
    <w:rsid w:val="00786A9D"/>
    <w:rsid w:val="008D23D0"/>
    <w:rsid w:val="00991E06"/>
    <w:rsid w:val="00AA1D8D"/>
    <w:rsid w:val="00AE5361"/>
    <w:rsid w:val="00B47730"/>
    <w:rsid w:val="00C35FAA"/>
    <w:rsid w:val="00CB0664"/>
    <w:rsid w:val="00DD1335"/>
    <w:rsid w:val="00E22AC0"/>
    <w:rsid w:val="00E346CE"/>
    <w:rsid w:val="00F2318E"/>
    <w:rsid w:val="00F37D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AECC37"/>
  <w14:defaultImageDpi w14:val="330"/>
  <w15:docId w15:val="{EF933F79-5D67-4F12-9570-D386B002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Arial" w:hAnsi="Arial"/>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tabs>
        <w:tab w:val="clear" w:pos="720"/>
        <w:tab w:val="num" w:pos="360"/>
      </w:tabs>
      <w:ind w:left="0" w:firstLine="0"/>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Jegyzethivatkozs">
    <w:name w:val="annotation reference"/>
    <w:basedOn w:val="Bekezdsalapbettpusa"/>
    <w:uiPriority w:val="99"/>
    <w:semiHidden/>
    <w:unhideWhenUsed/>
    <w:rsid w:val="00210F37"/>
    <w:rPr>
      <w:sz w:val="16"/>
      <w:szCs w:val="16"/>
    </w:rPr>
  </w:style>
  <w:style w:type="paragraph" w:styleId="Jegyzetszveg">
    <w:name w:val="annotation text"/>
    <w:basedOn w:val="Norml"/>
    <w:link w:val="JegyzetszvegChar"/>
    <w:uiPriority w:val="99"/>
    <w:unhideWhenUsed/>
    <w:rsid w:val="00210F37"/>
    <w:pPr>
      <w:spacing w:line="240" w:lineRule="auto"/>
    </w:pPr>
    <w:rPr>
      <w:sz w:val="20"/>
      <w:szCs w:val="20"/>
    </w:rPr>
  </w:style>
  <w:style w:type="character" w:customStyle="1" w:styleId="JegyzetszvegChar">
    <w:name w:val="Jegyzetszöveg Char"/>
    <w:basedOn w:val="Bekezdsalapbettpusa"/>
    <w:link w:val="Jegyzetszveg"/>
    <w:uiPriority w:val="99"/>
    <w:rsid w:val="00210F37"/>
    <w:rPr>
      <w:rFonts w:ascii="Arial" w:hAnsi="Arial"/>
      <w:sz w:val="20"/>
      <w:szCs w:val="20"/>
    </w:rPr>
  </w:style>
  <w:style w:type="paragraph" w:styleId="Megjegyzstrgya">
    <w:name w:val="annotation subject"/>
    <w:basedOn w:val="Jegyzetszveg"/>
    <w:next w:val="Jegyzetszveg"/>
    <w:link w:val="MegjegyzstrgyaChar"/>
    <w:uiPriority w:val="99"/>
    <w:semiHidden/>
    <w:unhideWhenUsed/>
    <w:rsid w:val="00210F37"/>
    <w:rPr>
      <w:b/>
      <w:bCs/>
    </w:rPr>
  </w:style>
  <w:style w:type="character" w:customStyle="1" w:styleId="MegjegyzstrgyaChar">
    <w:name w:val="Megjegyzés tárgya Char"/>
    <w:basedOn w:val="JegyzetszvegChar"/>
    <w:link w:val="Megjegyzstrgya"/>
    <w:uiPriority w:val="99"/>
    <w:semiHidden/>
    <w:rsid w:val="00210F3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3</Pages>
  <Words>492</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18</cp:revision>
  <dcterms:created xsi:type="dcterms:W3CDTF">2025-07-14T12:23:00Z</dcterms:created>
  <dcterms:modified xsi:type="dcterms:W3CDTF">2025-09-29T18:49:00Z</dcterms:modified>
  <cp:category/>
</cp:coreProperties>
</file>